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230F3" w14:textId="77777777" w:rsidR="002D3C24" w:rsidRPr="006F6D69" w:rsidRDefault="002D3C24" w:rsidP="002D3C24">
      <w:pPr>
        <w:pStyle w:val="Ttulo1"/>
        <w:rPr>
          <w:rFonts w:ascii="Arial" w:hAnsi="Arial" w:cs="Arial"/>
          <w:sz w:val="20"/>
          <w:szCs w:val="20"/>
        </w:rPr>
      </w:pPr>
      <w:r w:rsidRPr="006F6D69">
        <w:rPr>
          <w:rFonts w:ascii="Arial" w:hAnsi="Arial" w:cs="Arial"/>
          <w:sz w:val="20"/>
          <w:szCs w:val="20"/>
        </w:rPr>
        <w:t>ITM Plurilingüe Presupuesto Participativo (Idiomas ITM) – Pacing Guide</w:t>
      </w:r>
    </w:p>
    <w:p w14:paraId="7E2D85B4" w14:textId="77777777" w:rsidR="002D3C24" w:rsidRDefault="002D3C24">
      <w:pPr>
        <w:rPr>
          <w:rFonts w:ascii="Arial" w:hAnsi="Arial" w:cs="Arial"/>
          <w:b/>
          <w:bCs/>
          <w:sz w:val="20"/>
          <w:szCs w:val="20"/>
        </w:rPr>
      </w:pPr>
    </w:p>
    <w:p w14:paraId="05DDD540" w14:textId="0E195DBB" w:rsidR="00A269AC" w:rsidRDefault="00B82A6D">
      <w:r w:rsidRPr="006F6D69">
        <w:rPr>
          <w:rFonts w:ascii="Arial" w:hAnsi="Arial" w:cs="Arial"/>
          <w:b/>
          <w:bCs/>
          <w:sz w:val="20"/>
          <w:szCs w:val="20"/>
        </w:rPr>
        <w:t xml:space="preserve">Level: </w:t>
      </w:r>
      <w:r>
        <w:rPr>
          <w:rFonts w:ascii="Arial" w:hAnsi="Arial" w:cs="Arial"/>
          <w:b/>
          <w:bCs/>
          <w:sz w:val="20"/>
          <w:szCs w:val="20"/>
        </w:rPr>
        <w:t>Intermediate Course 2</w:t>
      </w:r>
      <w:r w:rsidRPr="006F6D69">
        <w:rPr>
          <w:rFonts w:ascii="Arial" w:hAnsi="Arial" w:cs="Arial"/>
          <w:b/>
          <w:bCs/>
          <w:sz w:val="20"/>
          <w:szCs w:val="20"/>
        </w:rPr>
        <w:br/>
        <w:t>Grading period: 2026</w:t>
      </w:r>
      <w:r w:rsidRPr="006F6D69">
        <w:rPr>
          <w:rFonts w:ascii="Arial" w:hAnsi="Arial" w:cs="Arial"/>
          <w:b/>
          <w:bCs/>
          <w:sz w:val="20"/>
          <w:szCs w:val="20"/>
        </w:rPr>
        <w:br/>
        <w:t>Number of instructional hours: 64</w:t>
      </w:r>
      <w:r w:rsidRPr="006F6D69">
        <w:rPr>
          <w:rFonts w:ascii="Arial" w:hAnsi="Arial" w:cs="Arial"/>
          <w:b/>
          <w:bCs/>
          <w:sz w:val="20"/>
          <w:szCs w:val="20"/>
        </w:rPr>
        <w:br/>
        <w:t>Session length: 3 hours</w:t>
      </w:r>
      <w:r w:rsidRPr="006F6D69">
        <w:rPr>
          <w:rFonts w:ascii="Arial" w:hAnsi="Arial" w:cs="Arial"/>
          <w:b/>
          <w:bCs/>
          <w:sz w:val="20"/>
          <w:szCs w:val="20"/>
        </w:rPr>
        <w:br/>
        <w:t>Total sessions: 21.3</w:t>
      </w:r>
      <w:r>
        <w:t xml:space="preserve"> </w:t>
      </w:r>
    </w:p>
    <w:p w14:paraId="620B5A2D" w14:textId="77777777" w:rsidR="002539D5" w:rsidRDefault="002539D5" w:rsidP="002539D5">
      <w:r>
        <w:t>The following pacing guide provides a quick overview of the lessons to be taught during the grading period. The first session involves welcoming students and introducing them to procedures and rules. Remember to share with them the “Compromiso Académico” and make them sign it. Give a copy of the syllabus to each student and make them fill it together explaining the conditions of the course.</w:t>
      </w:r>
    </w:p>
    <w:p w14:paraId="688F52E0" w14:textId="77777777" w:rsidR="002539D5" w:rsidRPr="002539D5" w:rsidRDefault="002539D5" w:rsidP="002539D5">
      <w:pPr>
        <w:rPr>
          <w:b/>
          <w:bCs/>
        </w:rPr>
      </w:pPr>
      <w:r w:rsidRPr="002539D5">
        <w:rPr>
          <w:b/>
          <w:bCs/>
        </w:rPr>
        <w:t>Intermediate level:</w:t>
      </w:r>
    </w:p>
    <w:p w14:paraId="36D38D2F" w14:textId="5D6B561B" w:rsidR="002539D5" w:rsidRDefault="002539D5" w:rsidP="002539D5">
      <w:r>
        <w:t>At an intermediate level, a participant is able to understand and use simple structures and phrases to discuss familiar matters related to work, school, leisure, and different everyday topics. The participant can create simple texts to describe topics of personal interest. She/he can also describe events and facts, dreams, hopes and ambitions and give simple reasons and explanations for his/her opinions.</w:t>
      </w:r>
    </w:p>
    <w:p w14:paraId="3713860F" w14:textId="77777777" w:rsidR="002539D5" w:rsidRDefault="002539D5" w:rsidP="002539D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2179"/>
        <w:gridCol w:w="1880"/>
        <w:gridCol w:w="2711"/>
        <w:gridCol w:w="2443"/>
      </w:tblGrid>
      <w:tr w:rsidR="00A269AC" w14:paraId="2FE4C5A5" w14:textId="77777777" w:rsidTr="00B40A82">
        <w:trPr>
          <w:jc w:val="center"/>
        </w:trPr>
        <w:tc>
          <w:tcPr>
            <w:tcW w:w="975" w:type="dxa"/>
          </w:tcPr>
          <w:p w14:paraId="2A4AA1C3" w14:textId="77777777" w:rsidR="00A269AC" w:rsidRPr="002D3C24" w:rsidRDefault="00000000">
            <w:pPr>
              <w:rPr>
                <w:b/>
                <w:bCs/>
              </w:rPr>
            </w:pPr>
            <w:r w:rsidRPr="002D3C24">
              <w:rPr>
                <w:b/>
                <w:bCs/>
              </w:rPr>
              <w:t>Session</w:t>
            </w:r>
          </w:p>
        </w:tc>
        <w:tc>
          <w:tcPr>
            <w:tcW w:w="2179" w:type="dxa"/>
          </w:tcPr>
          <w:p w14:paraId="0C2C8172" w14:textId="77777777" w:rsidR="00A269AC" w:rsidRPr="002D3C24" w:rsidRDefault="00000000">
            <w:pPr>
              <w:rPr>
                <w:b/>
                <w:bCs/>
              </w:rPr>
            </w:pPr>
            <w:r w:rsidRPr="002D3C24">
              <w:rPr>
                <w:b/>
                <w:bCs/>
              </w:rPr>
              <w:t>Topics and Activities</w:t>
            </w:r>
          </w:p>
        </w:tc>
        <w:tc>
          <w:tcPr>
            <w:tcW w:w="1880" w:type="dxa"/>
          </w:tcPr>
          <w:p w14:paraId="226EB075" w14:textId="77777777" w:rsidR="00A269AC" w:rsidRPr="002D3C24" w:rsidRDefault="00000000">
            <w:pPr>
              <w:rPr>
                <w:b/>
                <w:bCs/>
              </w:rPr>
            </w:pPr>
            <w:r w:rsidRPr="002D3C24">
              <w:rPr>
                <w:b/>
                <w:bCs/>
              </w:rPr>
              <w:t>Learning Outcome</w:t>
            </w:r>
          </w:p>
        </w:tc>
        <w:tc>
          <w:tcPr>
            <w:tcW w:w="2711" w:type="dxa"/>
          </w:tcPr>
          <w:p w14:paraId="0B743B45" w14:textId="77777777" w:rsidR="00A269AC" w:rsidRPr="002D3C24" w:rsidRDefault="00000000">
            <w:pPr>
              <w:rPr>
                <w:b/>
                <w:bCs/>
              </w:rPr>
            </w:pPr>
            <w:r w:rsidRPr="002D3C24">
              <w:rPr>
                <w:b/>
                <w:bCs/>
              </w:rPr>
              <w:t>Possible Tasks and Learning Activities</w:t>
            </w:r>
          </w:p>
        </w:tc>
        <w:tc>
          <w:tcPr>
            <w:tcW w:w="2443" w:type="dxa"/>
          </w:tcPr>
          <w:p w14:paraId="0512737A" w14:textId="77777777" w:rsidR="00A269AC" w:rsidRPr="002D3C24" w:rsidRDefault="00000000">
            <w:pPr>
              <w:rPr>
                <w:b/>
                <w:bCs/>
              </w:rPr>
            </w:pPr>
            <w:r w:rsidRPr="002D3C24">
              <w:rPr>
                <w:b/>
                <w:bCs/>
              </w:rPr>
              <w:t>Functional Language</w:t>
            </w:r>
          </w:p>
        </w:tc>
      </w:tr>
      <w:tr w:rsidR="00A269AC" w14:paraId="43CCA43D" w14:textId="77777777" w:rsidTr="00B40A82">
        <w:trPr>
          <w:jc w:val="center"/>
        </w:trPr>
        <w:tc>
          <w:tcPr>
            <w:tcW w:w="975" w:type="dxa"/>
          </w:tcPr>
          <w:p w14:paraId="767F18DD" w14:textId="77777777" w:rsidR="00A269AC" w:rsidRDefault="00000000">
            <w:r>
              <w:t>1</w:t>
            </w:r>
          </w:p>
        </w:tc>
        <w:tc>
          <w:tcPr>
            <w:tcW w:w="2179" w:type="dxa"/>
          </w:tcPr>
          <w:p w14:paraId="72A329CC" w14:textId="77777777" w:rsidR="00A269AC" w:rsidRDefault="00000000">
            <w:r>
              <w:t>Course presentation</w:t>
            </w:r>
            <w:r>
              <w:br/>
              <w:t>Unit 1: Relationships – Neighbors and friends</w:t>
            </w:r>
          </w:p>
          <w:p w14:paraId="08C98325" w14:textId="77777777" w:rsidR="005B35C7" w:rsidRPr="005A7392" w:rsidRDefault="005B35C7" w:rsidP="005B35C7">
            <w:pPr>
              <w:rPr>
                <w:b/>
                <w:bCs/>
              </w:rPr>
            </w:pPr>
            <w:r w:rsidRPr="005A7392">
              <w:rPr>
                <w:b/>
                <w:bCs/>
              </w:rPr>
              <w:t>Compromiso académico explanation and signature</w:t>
            </w:r>
          </w:p>
          <w:p w14:paraId="04E9D2E5" w14:textId="35B8CE80" w:rsidR="005B35C7" w:rsidRDefault="005B35C7" w:rsidP="005B35C7">
            <w:r>
              <w:t>- Syllabus explanation</w:t>
            </w:r>
          </w:p>
        </w:tc>
        <w:tc>
          <w:tcPr>
            <w:tcW w:w="1880" w:type="dxa"/>
          </w:tcPr>
          <w:p w14:paraId="194C515E" w14:textId="3EBB3D5B" w:rsidR="00A269AC" w:rsidRDefault="005B35C7">
            <w:r>
              <w:t>To describe relationships with neighbors and friends.</w:t>
            </w:r>
          </w:p>
        </w:tc>
        <w:tc>
          <w:tcPr>
            <w:tcW w:w="2711" w:type="dxa"/>
          </w:tcPr>
          <w:p w14:paraId="636A4CE7" w14:textId="77777777" w:rsidR="00A269AC" w:rsidRDefault="00000000">
            <w:r>
              <w:t>Dinner party role play.</w:t>
            </w:r>
            <w:r>
              <w:br/>
              <w:t>Friendship article writing.</w:t>
            </w:r>
          </w:p>
          <w:p w14:paraId="5B1AABFE" w14:textId="68C1D0CE" w:rsidR="005B35C7" w:rsidRDefault="005B35C7" w:rsidP="005B35C7">
            <w:r w:rsidRPr="005B35C7">
              <w:t>Role Play: At a dinner party at your house, invite your 8 neighbors (with very specific personalities) who don’t get along and think how you would sit them to avoid inconveniences during the</w:t>
            </w:r>
            <w:r>
              <w:t xml:space="preserve"> party. Share with the class.</w:t>
            </w:r>
          </w:p>
          <w:p w14:paraId="1FDA4324" w14:textId="294514A7" w:rsidR="005B35C7" w:rsidRDefault="005B35C7" w:rsidP="005B35C7">
            <w:r>
              <w:t xml:space="preserve">Article: Write a short article about a friendship they have had for several years, explaining how the relationship started, how </w:t>
            </w:r>
            <w:r>
              <w:lastRenderedPageBreak/>
              <w:t>it has developed over the years, and how the student thinks it will change in the future.</w:t>
            </w:r>
          </w:p>
        </w:tc>
        <w:tc>
          <w:tcPr>
            <w:tcW w:w="2443" w:type="dxa"/>
          </w:tcPr>
          <w:p w14:paraId="7F3CF932" w14:textId="77777777" w:rsidR="00A269AC" w:rsidRDefault="00000000">
            <w:r>
              <w:lastRenderedPageBreak/>
              <w:t>Relative clauses.</w:t>
            </w:r>
            <w:r>
              <w:br/>
              <w:t>Relationship expressions.</w:t>
            </w:r>
            <w:r>
              <w:br/>
              <w:t>Phrasal verbs.</w:t>
            </w:r>
          </w:p>
          <w:p w14:paraId="7B8EC9A9" w14:textId="77777777" w:rsidR="005B35C7" w:rsidRDefault="005B35C7" w:rsidP="005B35C7">
            <w:r>
              <w:t>What are neighbors? Who are your neighbors?</w:t>
            </w:r>
          </w:p>
          <w:p w14:paraId="50449402" w14:textId="77777777" w:rsidR="005B35C7" w:rsidRDefault="005B35C7" w:rsidP="005B35C7">
            <w:r>
              <w:t>• Character words: favor, trustworthy, nosey, neighborhood, noisy, conflict, gossip.</w:t>
            </w:r>
          </w:p>
          <w:p w14:paraId="1E5B7890" w14:textId="77777777" w:rsidR="005B35C7" w:rsidRDefault="005B35C7" w:rsidP="005B35C7">
            <w:r>
              <w:t xml:space="preserve">• Relative clauses: My neighbor is the one who lives next to me. She is the one that </w:t>
            </w:r>
            <w:r>
              <w:lastRenderedPageBreak/>
              <w:t>plans weddings.</w:t>
            </w:r>
          </w:p>
          <w:p w14:paraId="362CE51C" w14:textId="77777777" w:rsidR="005B35C7" w:rsidRDefault="005B35C7" w:rsidP="005B35C7">
            <w:r>
              <w:t>• catch up</w:t>
            </w:r>
          </w:p>
          <w:p w14:paraId="735E30DF" w14:textId="77777777" w:rsidR="005B35C7" w:rsidRDefault="005B35C7" w:rsidP="005B35C7">
            <w:r>
              <w:t>• to get back in touch/contact; to get on well; to get to know each other; to have a lot in common; to hit it off; to keep/stay in touch/contact</w:t>
            </w:r>
          </w:p>
          <w:p w14:paraId="134E7434" w14:textId="7F85C2B5" w:rsidR="005B35C7" w:rsidRDefault="005B35C7" w:rsidP="005B35C7">
            <w:r>
              <w:t>• How did you meet your best friend? Did you hit it off immediately? What do you have in common? Have you ever lost touch/contact?</w:t>
            </w:r>
          </w:p>
        </w:tc>
      </w:tr>
      <w:tr w:rsidR="00A269AC" w14:paraId="56980749" w14:textId="77777777" w:rsidTr="00B40A82">
        <w:trPr>
          <w:jc w:val="center"/>
        </w:trPr>
        <w:tc>
          <w:tcPr>
            <w:tcW w:w="975" w:type="dxa"/>
          </w:tcPr>
          <w:p w14:paraId="1CC59E97" w14:textId="77777777" w:rsidR="00A269AC" w:rsidRDefault="00000000">
            <w:r>
              <w:lastRenderedPageBreak/>
              <w:t>2</w:t>
            </w:r>
          </w:p>
        </w:tc>
        <w:tc>
          <w:tcPr>
            <w:tcW w:w="2179" w:type="dxa"/>
          </w:tcPr>
          <w:p w14:paraId="6A1D2CAD" w14:textId="77777777" w:rsidR="00A269AC" w:rsidRDefault="00000000">
            <w:r>
              <w:t>Unit 1: Dating and meeting people</w:t>
            </w:r>
          </w:p>
          <w:p w14:paraId="74A513FE" w14:textId="77777777" w:rsidR="005B35C7" w:rsidRPr="005B35C7" w:rsidRDefault="005B35C7" w:rsidP="005B35C7">
            <w:pPr>
              <w:pStyle w:val="Default"/>
              <w:rPr>
                <w:sz w:val="23"/>
                <w:szCs w:val="23"/>
                <w:lang w:val="en-US"/>
              </w:rPr>
            </w:pPr>
            <w:r w:rsidRPr="005B35C7">
              <w:rPr>
                <w:sz w:val="23"/>
                <w:szCs w:val="23"/>
                <w:lang w:val="en-US"/>
              </w:rPr>
              <w:t>- How to meet people?</w:t>
            </w:r>
          </w:p>
          <w:p w14:paraId="7BFCDBA3" w14:textId="77777777" w:rsidR="005B35C7" w:rsidRPr="005B35C7" w:rsidRDefault="005B35C7" w:rsidP="005B35C7">
            <w:pPr>
              <w:pStyle w:val="Default"/>
              <w:rPr>
                <w:sz w:val="23"/>
                <w:szCs w:val="23"/>
                <w:lang w:val="en-US"/>
              </w:rPr>
            </w:pPr>
            <w:r w:rsidRPr="005B35C7">
              <w:rPr>
                <w:sz w:val="23"/>
                <w:szCs w:val="23"/>
                <w:lang w:val="en-US"/>
              </w:rPr>
              <w:t>- Sound practice</w:t>
            </w:r>
          </w:p>
          <w:p w14:paraId="6461C5F1" w14:textId="2E82F513" w:rsidR="005B35C7" w:rsidRDefault="005B35C7" w:rsidP="005B35C7">
            <w:r w:rsidRPr="005B35C7">
              <w:rPr>
                <w:sz w:val="23"/>
                <w:szCs w:val="23"/>
              </w:rPr>
              <w:t>- Bring “Compromiso</w:t>
            </w:r>
          </w:p>
        </w:tc>
        <w:tc>
          <w:tcPr>
            <w:tcW w:w="1880" w:type="dxa"/>
          </w:tcPr>
          <w:p w14:paraId="15F3AC82" w14:textId="78D2ED9E" w:rsidR="00A269AC" w:rsidRDefault="005B35C7">
            <w:r>
              <w:t>To recognize different ways to meet people.</w:t>
            </w:r>
          </w:p>
        </w:tc>
        <w:tc>
          <w:tcPr>
            <w:tcW w:w="2711" w:type="dxa"/>
          </w:tcPr>
          <w:p w14:paraId="53242ED5" w14:textId="77777777" w:rsidR="00A269AC" w:rsidRPr="005B35C7" w:rsidRDefault="00000000">
            <w:r w:rsidRPr="005B35C7">
              <w:t>Letter about a special person.</w:t>
            </w:r>
            <w:r w:rsidRPr="005B35C7">
              <w:br/>
              <w:t>Pros and cons discussion.</w:t>
            </w:r>
          </w:p>
          <w:p w14:paraId="72F59369" w14:textId="77777777" w:rsidR="005B35C7" w:rsidRPr="005B35C7" w:rsidRDefault="005B35C7" w:rsidP="005B35C7">
            <w:pPr>
              <w:pStyle w:val="Default"/>
              <w:rPr>
                <w:rFonts w:asciiTheme="minorHAnsi" w:hAnsiTheme="minorHAnsi"/>
                <w:lang w:val="en-US"/>
              </w:rPr>
            </w:pPr>
            <w:r w:rsidRPr="005B35C7">
              <w:rPr>
                <w:rFonts w:asciiTheme="minorHAnsi" w:hAnsiTheme="minorHAnsi"/>
                <w:lang w:val="en-US"/>
              </w:rPr>
              <w:t xml:space="preserve">Letter: Write a letter to a friend describing a special person in your life (or imaginary if you don’t have) and the plans you have to get his/her attention. </w:t>
            </w:r>
          </w:p>
          <w:p w14:paraId="6CCA61EE" w14:textId="77777777" w:rsidR="005B35C7" w:rsidRPr="00FC49EF" w:rsidRDefault="005B35C7" w:rsidP="005B35C7">
            <w:pPr>
              <w:pStyle w:val="Default"/>
              <w:rPr>
                <w:rFonts w:asciiTheme="minorHAnsi" w:hAnsiTheme="minorHAnsi"/>
                <w:lang w:val="en-US"/>
              </w:rPr>
            </w:pPr>
          </w:p>
          <w:p w14:paraId="402DB7AA" w14:textId="147138E8" w:rsidR="005B35C7" w:rsidRDefault="005B35C7" w:rsidP="005B35C7">
            <w:pPr>
              <w:pStyle w:val="Default"/>
            </w:pPr>
            <w:r w:rsidRPr="005B35C7">
              <w:rPr>
                <w:rFonts w:asciiTheme="minorHAnsi" w:hAnsiTheme="minorHAnsi"/>
                <w:lang w:val="en-US"/>
              </w:rPr>
              <w:t xml:space="preserve">Conversation: Choose one way to meet people and describe the pros and cons of it. </w:t>
            </w:r>
            <w:r w:rsidRPr="005B35C7">
              <w:rPr>
                <w:rFonts w:asciiTheme="minorHAnsi" w:hAnsiTheme="minorHAnsi"/>
              </w:rPr>
              <w:t>Compare with your partners.</w:t>
            </w:r>
          </w:p>
        </w:tc>
        <w:tc>
          <w:tcPr>
            <w:tcW w:w="2443" w:type="dxa"/>
          </w:tcPr>
          <w:p w14:paraId="5ED41780" w14:textId="77777777" w:rsidR="00A269AC" w:rsidRDefault="00000000">
            <w:r>
              <w:t>Describing people.</w:t>
            </w:r>
            <w:r>
              <w:br/>
              <w:t>Kind of / a bit.</w:t>
            </w:r>
            <w:r>
              <w:br/>
              <w:t>Dating vocabulary.</w:t>
            </w:r>
          </w:p>
          <w:p w14:paraId="01B4B978" w14:textId="77777777" w:rsidR="005B35C7" w:rsidRDefault="005B35C7" w:rsidP="005B35C7">
            <w:r>
              <w:t>• Describing people</w:t>
            </w:r>
          </w:p>
          <w:p w14:paraId="0D3BF4B5" w14:textId="77777777" w:rsidR="005B35C7" w:rsidRDefault="005B35C7" w:rsidP="005B35C7">
            <w:r>
              <w:t>• He is kind of / a bit / a little bit</w:t>
            </w:r>
          </w:p>
          <w:p w14:paraId="50277B81" w14:textId="77777777" w:rsidR="005B35C7" w:rsidRDefault="005B35C7" w:rsidP="005B35C7">
            <w:r>
              <w:t>• What do people commonly do on dates</w:t>
            </w:r>
          </w:p>
          <w:p w14:paraId="3D122301" w14:textId="29ADDC10" w:rsidR="005B35C7" w:rsidRDefault="005B35C7" w:rsidP="005B35C7">
            <w:r>
              <w:t>• Chivalry, one-night stands, flings.</w:t>
            </w:r>
          </w:p>
          <w:p w14:paraId="7BD5AC09" w14:textId="77777777" w:rsidR="005B35C7" w:rsidRDefault="005B35C7" w:rsidP="005B35C7">
            <w:r>
              <w:t>• Online dating sites, speed dating, dating apps.</w:t>
            </w:r>
          </w:p>
          <w:p w14:paraId="4F35CAD5" w14:textId="77777777" w:rsidR="005B35C7" w:rsidRDefault="005B35C7" w:rsidP="005B35C7">
            <w:r>
              <w:t>• How many different ways can you think of meeting a partner? Have you ever heard of speed-dating?</w:t>
            </w:r>
          </w:p>
          <w:p w14:paraId="34EBD6B1" w14:textId="5DB32711" w:rsidR="005B35C7" w:rsidRDefault="005B35C7" w:rsidP="005B35C7">
            <w:r>
              <w:lastRenderedPageBreak/>
              <w:t>• Phrasal verbs</w:t>
            </w:r>
          </w:p>
        </w:tc>
      </w:tr>
      <w:tr w:rsidR="00A269AC" w14:paraId="5C6F9469" w14:textId="77777777" w:rsidTr="00B40A82">
        <w:trPr>
          <w:jc w:val="center"/>
        </w:trPr>
        <w:tc>
          <w:tcPr>
            <w:tcW w:w="975" w:type="dxa"/>
          </w:tcPr>
          <w:p w14:paraId="215C6432" w14:textId="77777777" w:rsidR="00A269AC" w:rsidRDefault="00000000">
            <w:r>
              <w:lastRenderedPageBreak/>
              <w:t>3</w:t>
            </w:r>
          </w:p>
        </w:tc>
        <w:tc>
          <w:tcPr>
            <w:tcW w:w="2179" w:type="dxa"/>
          </w:tcPr>
          <w:p w14:paraId="707CA27C" w14:textId="77777777" w:rsidR="00A269AC" w:rsidRDefault="00000000">
            <w:r>
              <w:t>Unit 2: Wishes and dreams</w:t>
            </w:r>
          </w:p>
        </w:tc>
        <w:tc>
          <w:tcPr>
            <w:tcW w:w="1880" w:type="dxa"/>
          </w:tcPr>
          <w:p w14:paraId="78726475" w14:textId="500CA2DF" w:rsidR="00A269AC" w:rsidRDefault="007717EC">
            <w:r>
              <w:t>To summarize wishes and secret hopes.</w:t>
            </w:r>
          </w:p>
        </w:tc>
        <w:tc>
          <w:tcPr>
            <w:tcW w:w="2711" w:type="dxa"/>
          </w:tcPr>
          <w:p w14:paraId="63127474" w14:textId="77777777" w:rsidR="00A269AC" w:rsidRDefault="00000000">
            <w:r>
              <w:t>List of realistic wishes.</w:t>
            </w:r>
            <w:r>
              <w:br/>
              <w:t>Regret blog entry.</w:t>
            </w:r>
          </w:p>
          <w:p w14:paraId="0142DF6B" w14:textId="5A48DA5B" w:rsidR="007717EC" w:rsidRPr="007717EC" w:rsidRDefault="007717EC" w:rsidP="007717EC">
            <w:pPr>
              <w:pStyle w:val="Default"/>
              <w:rPr>
                <w:sz w:val="23"/>
                <w:szCs w:val="23"/>
                <w:lang w:val="en-US"/>
              </w:rPr>
            </w:pPr>
            <w:r>
              <w:rPr>
                <w:b/>
                <w:bCs/>
                <w:sz w:val="23"/>
                <w:szCs w:val="23"/>
                <w:lang w:val="en-US"/>
              </w:rPr>
              <w:t>L</w:t>
            </w:r>
            <w:r w:rsidRPr="007717EC">
              <w:rPr>
                <w:b/>
                <w:bCs/>
                <w:sz w:val="23"/>
                <w:szCs w:val="23"/>
                <w:lang w:val="en-US"/>
              </w:rPr>
              <w:t xml:space="preserve">ists: </w:t>
            </w:r>
            <w:r w:rsidRPr="007717EC">
              <w:rPr>
                <w:sz w:val="23"/>
                <w:szCs w:val="23"/>
                <w:lang w:val="en-US"/>
              </w:rPr>
              <w:t xml:space="preserve">In pairs, agree on a list of realistic wishes that can be achieved in life give at least one reason for including each wish. </w:t>
            </w:r>
          </w:p>
          <w:p w14:paraId="38523193" w14:textId="77777777" w:rsidR="007717EC" w:rsidRDefault="007717EC" w:rsidP="007717EC">
            <w:pPr>
              <w:rPr>
                <w:b/>
                <w:bCs/>
                <w:sz w:val="23"/>
                <w:szCs w:val="23"/>
              </w:rPr>
            </w:pPr>
          </w:p>
          <w:p w14:paraId="5784CE9E" w14:textId="37EDC959" w:rsidR="007717EC" w:rsidRDefault="007717EC" w:rsidP="007717EC">
            <w:r>
              <w:rPr>
                <w:b/>
                <w:bCs/>
                <w:sz w:val="23"/>
                <w:szCs w:val="23"/>
              </w:rPr>
              <w:t xml:space="preserve">Blog entry: </w:t>
            </w:r>
            <w:r>
              <w:rPr>
                <w:sz w:val="23"/>
                <w:szCs w:val="23"/>
              </w:rPr>
              <w:t xml:space="preserve">Choose one situation you regret the most, imagine how you would change it and give a reason why would you do it. </w:t>
            </w:r>
          </w:p>
        </w:tc>
        <w:tc>
          <w:tcPr>
            <w:tcW w:w="2443" w:type="dxa"/>
          </w:tcPr>
          <w:p w14:paraId="1A41EDAC" w14:textId="77777777" w:rsidR="00A269AC" w:rsidRDefault="00000000">
            <w:r>
              <w:t>I wish + past.</w:t>
            </w:r>
            <w:r>
              <w:br/>
              <w:t>Regrets.</w:t>
            </w:r>
            <w:r>
              <w:br/>
              <w:t>Conditionals.</w:t>
            </w:r>
          </w:p>
          <w:p w14:paraId="1FF37591" w14:textId="77777777" w:rsidR="007717EC" w:rsidRDefault="007717EC" w:rsidP="007717EC">
            <w:r>
              <w:t>• I wish + past form</w:t>
            </w:r>
          </w:p>
          <w:p w14:paraId="59F1FBD0" w14:textId="77777777" w:rsidR="007717EC" w:rsidRDefault="007717EC" w:rsidP="007717EC">
            <w:r>
              <w:t>• How do you wish your life was different?</w:t>
            </w:r>
          </w:p>
          <w:p w14:paraId="335646FC" w14:textId="77777777" w:rsidR="007717EC" w:rsidRDefault="007717EC" w:rsidP="007717EC">
            <w:r>
              <w:t>• If I was rich, I would travel around the world staying in first class hotels</w:t>
            </w:r>
          </w:p>
          <w:p w14:paraId="0FEE0505" w14:textId="77777777" w:rsidR="007717EC" w:rsidRDefault="007717EC" w:rsidP="007717EC">
            <w:r>
              <w:t>• What do you regret the most in your life?</w:t>
            </w:r>
          </w:p>
          <w:p w14:paraId="394351A1" w14:textId="77777777" w:rsidR="007717EC" w:rsidRDefault="007717EC" w:rsidP="007717EC">
            <w:r>
              <w:t>• Wishes in present, past and future</w:t>
            </w:r>
          </w:p>
          <w:p w14:paraId="669F6BE5" w14:textId="77777777" w:rsidR="007717EC" w:rsidRDefault="007717EC" w:rsidP="007717EC">
            <w:r>
              <w:t>• Make a wish!</w:t>
            </w:r>
          </w:p>
          <w:p w14:paraId="1CF775D1" w14:textId="0CFB2B4D" w:rsidR="007717EC" w:rsidRDefault="007717EC" w:rsidP="007717EC">
            <w:r>
              <w:t>• to wish to express complaints</w:t>
            </w:r>
          </w:p>
        </w:tc>
      </w:tr>
      <w:tr w:rsidR="00A269AC" w14:paraId="1F963544" w14:textId="77777777" w:rsidTr="00B40A82">
        <w:trPr>
          <w:jc w:val="center"/>
        </w:trPr>
        <w:tc>
          <w:tcPr>
            <w:tcW w:w="975" w:type="dxa"/>
          </w:tcPr>
          <w:p w14:paraId="3F9D76E8" w14:textId="77777777" w:rsidR="00A269AC" w:rsidRDefault="00000000">
            <w:r>
              <w:t>4</w:t>
            </w:r>
          </w:p>
        </w:tc>
        <w:tc>
          <w:tcPr>
            <w:tcW w:w="2179" w:type="dxa"/>
          </w:tcPr>
          <w:p w14:paraId="16E7784D" w14:textId="77777777" w:rsidR="00A269AC" w:rsidRDefault="00000000">
            <w:r>
              <w:t>Unit 2: Moral and ethical dilemmas</w:t>
            </w:r>
          </w:p>
        </w:tc>
        <w:tc>
          <w:tcPr>
            <w:tcW w:w="1880" w:type="dxa"/>
          </w:tcPr>
          <w:p w14:paraId="48FEE987" w14:textId="73F77461" w:rsidR="00A269AC" w:rsidRDefault="00DC58C3">
            <w:r>
              <w:t>To provide opinions and solutions to dilemmas.</w:t>
            </w:r>
          </w:p>
        </w:tc>
        <w:tc>
          <w:tcPr>
            <w:tcW w:w="2711" w:type="dxa"/>
          </w:tcPr>
          <w:p w14:paraId="540F548D" w14:textId="77777777" w:rsidR="00A269AC" w:rsidRDefault="00000000">
            <w:r>
              <w:t>Forum discussion.</w:t>
            </w:r>
            <w:r>
              <w:br/>
              <w:t>Midterm writing preparation.</w:t>
            </w:r>
          </w:p>
          <w:p w14:paraId="7F01171E" w14:textId="77777777" w:rsidR="00DC58C3" w:rsidRDefault="00DC58C3"/>
          <w:p w14:paraId="1BC343C8" w14:textId="77777777" w:rsidR="00DC58C3" w:rsidRDefault="00DC58C3">
            <w:r w:rsidRPr="00DC58C3">
              <w:t>Forum: In pairs, choose one situation and write what you would do. Then compare your answer to your partner’s.</w:t>
            </w:r>
          </w:p>
          <w:p w14:paraId="7651CBC9" w14:textId="056A9338" w:rsidR="00DC58C3" w:rsidRDefault="00DC58C3">
            <w:r w:rsidRPr="00DC58C3">
              <w:t>Reach an agreement or provide reasons on why you would act that way.</w:t>
            </w:r>
          </w:p>
        </w:tc>
        <w:tc>
          <w:tcPr>
            <w:tcW w:w="2443" w:type="dxa"/>
          </w:tcPr>
          <w:p w14:paraId="600EA0D1" w14:textId="77777777" w:rsidR="00A269AC" w:rsidRDefault="00000000">
            <w:r>
              <w:t>What would you do if...?</w:t>
            </w:r>
            <w:r>
              <w:br/>
              <w:t>Second conditional.</w:t>
            </w:r>
          </w:p>
          <w:p w14:paraId="43370C7D" w14:textId="77777777" w:rsidR="00DC58C3" w:rsidRDefault="00DC58C3" w:rsidP="00DC58C3">
            <w:r>
              <w:t>What’s a dilemma?</w:t>
            </w:r>
          </w:p>
          <w:p w14:paraId="3F84CA35" w14:textId="77777777" w:rsidR="00DC58C3" w:rsidRDefault="00DC58C3" w:rsidP="00DC58C3">
            <w:r>
              <w:t>• What would you do if you ran over a cat in a residential area of town?</w:t>
            </w:r>
          </w:p>
          <w:p w14:paraId="644E2945" w14:textId="72B51D1A" w:rsidR="00DC58C3" w:rsidRDefault="00DC58C3" w:rsidP="00DC58C3">
            <w:r>
              <w:t>• I think I would try to talk to the owners and apologize.</w:t>
            </w:r>
          </w:p>
          <w:p w14:paraId="259229FD" w14:textId="77777777" w:rsidR="00DC58C3" w:rsidRDefault="00DC58C3" w:rsidP="00DC58C3">
            <w:r>
              <w:t>• I wouldn’t do anything</w:t>
            </w:r>
          </w:p>
          <w:p w14:paraId="3B03E5DD" w14:textId="7361944A" w:rsidR="00DC58C3" w:rsidRDefault="00DC58C3" w:rsidP="00DC58C3">
            <w:r>
              <w:t xml:space="preserve">• What would you do </w:t>
            </w:r>
            <w:r>
              <w:lastRenderedPageBreak/>
              <w:t>if?</w:t>
            </w:r>
          </w:p>
        </w:tc>
      </w:tr>
      <w:tr w:rsidR="00A269AC" w14:paraId="03A8A566" w14:textId="77777777" w:rsidTr="00B40A82">
        <w:trPr>
          <w:jc w:val="center"/>
        </w:trPr>
        <w:tc>
          <w:tcPr>
            <w:tcW w:w="975" w:type="dxa"/>
          </w:tcPr>
          <w:p w14:paraId="60862D58" w14:textId="77777777" w:rsidR="00A269AC" w:rsidRDefault="00000000">
            <w:r>
              <w:lastRenderedPageBreak/>
              <w:t>5</w:t>
            </w:r>
          </w:p>
        </w:tc>
        <w:tc>
          <w:tcPr>
            <w:tcW w:w="2179" w:type="dxa"/>
          </w:tcPr>
          <w:p w14:paraId="74D8F220" w14:textId="77777777" w:rsidR="00A269AC" w:rsidRDefault="00000000">
            <w:r>
              <w:t>Unit 2: Advice and regrets</w:t>
            </w:r>
          </w:p>
          <w:p w14:paraId="0B553CBC" w14:textId="77777777" w:rsidR="005A7392" w:rsidRDefault="005A7392"/>
          <w:p w14:paraId="1686794A" w14:textId="6007B297" w:rsidR="005A7392" w:rsidRDefault="005A7392">
            <w:r w:rsidRPr="006F6D69">
              <w:rPr>
                <w:rFonts w:ascii="Arial" w:hAnsi="Arial" w:cs="Arial"/>
                <w:b/>
                <w:bCs/>
                <w:sz w:val="20"/>
                <w:szCs w:val="20"/>
              </w:rPr>
              <w:t>MIDTERM WRITING TASK (20 %)</w:t>
            </w:r>
          </w:p>
        </w:tc>
        <w:tc>
          <w:tcPr>
            <w:tcW w:w="1880" w:type="dxa"/>
          </w:tcPr>
          <w:p w14:paraId="3FE7CA13" w14:textId="081F1B51" w:rsidR="00A269AC" w:rsidRDefault="007701EE">
            <w:r>
              <w:t>To report advice</w:t>
            </w:r>
            <w:r w:rsidR="00F7734A">
              <w:t>,</w:t>
            </w:r>
            <w:r>
              <w:t xml:space="preserve"> regrets</w:t>
            </w:r>
            <w:r w:rsidR="00F7734A">
              <w:t>, and solutions to them</w:t>
            </w:r>
            <w:r>
              <w:t>.</w:t>
            </w:r>
          </w:p>
        </w:tc>
        <w:tc>
          <w:tcPr>
            <w:tcW w:w="2711" w:type="dxa"/>
          </w:tcPr>
          <w:p w14:paraId="05AB4EE9" w14:textId="77777777" w:rsidR="00A269AC" w:rsidRDefault="00000000">
            <w:r>
              <w:t>Counselor role play.</w:t>
            </w:r>
            <w:r>
              <w:br/>
              <w:t>Group regret agreement task.</w:t>
            </w:r>
          </w:p>
          <w:p w14:paraId="1B0B8DD1" w14:textId="77777777" w:rsidR="00F7734A" w:rsidRDefault="00F7734A" w:rsidP="00F7734A">
            <w:r>
              <w:t>Role play: In a councilor’s office of a university department, choose the most common problems of the students and provide advice to them. Compare with other groups.</w:t>
            </w:r>
          </w:p>
          <w:p w14:paraId="3A400B9A" w14:textId="254C4825" w:rsidR="00F7734A" w:rsidRDefault="00F7734A" w:rsidP="00F7734A">
            <w:r>
              <w:t>Group work: With your partners, agree on something you regret the most. Agree on how you would change it if you had the chance.</w:t>
            </w:r>
          </w:p>
        </w:tc>
        <w:tc>
          <w:tcPr>
            <w:tcW w:w="2443" w:type="dxa"/>
          </w:tcPr>
          <w:p w14:paraId="1DAAF3BC" w14:textId="77777777" w:rsidR="00A269AC" w:rsidRDefault="00000000">
            <w:r>
              <w:t>If I were you...</w:t>
            </w:r>
            <w:r>
              <w:br/>
              <w:t>I regret...</w:t>
            </w:r>
            <w:r>
              <w:br/>
              <w:t>Conditional structures.</w:t>
            </w:r>
          </w:p>
          <w:p w14:paraId="5D32E2B7" w14:textId="77777777" w:rsidR="00F7734A" w:rsidRDefault="00F7734A" w:rsidP="00F7734A">
            <w:r>
              <w:t>• If I were you, I would do the opposite.</w:t>
            </w:r>
          </w:p>
          <w:p w14:paraId="04306651" w14:textId="78173D29" w:rsidR="00F7734A" w:rsidRDefault="00F7734A" w:rsidP="00F7734A">
            <w:r>
              <w:t>• That would be.</w:t>
            </w:r>
          </w:p>
          <w:p w14:paraId="4FD1F11D" w14:textId="77777777" w:rsidR="00F7734A" w:rsidRDefault="00F7734A" w:rsidP="00F7734A">
            <w:r>
              <w:t>• If you could change your life, what would you change?</w:t>
            </w:r>
          </w:p>
          <w:p w14:paraId="441BCE83" w14:textId="77777777" w:rsidR="00F7734A" w:rsidRDefault="00F7734A" w:rsidP="00F7734A">
            <w:r>
              <w:t>• I regret not starting university sooner, if it was up to me, I would go back in time and tell myself to study and stop wasting time.</w:t>
            </w:r>
          </w:p>
          <w:p w14:paraId="4609DE79" w14:textId="48F6F99A" w:rsidR="00F7734A" w:rsidRDefault="00F7734A" w:rsidP="00F7734A">
            <w:r>
              <w:t xml:space="preserve">• If I could go back in </w:t>
            </w:r>
            <w:r w:rsidRPr="00F7734A">
              <w:t>time, I would ask that person for forgiveness.</w:t>
            </w:r>
          </w:p>
        </w:tc>
      </w:tr>
      <w:tr w:rsidR="00A269AC" w14:paraId="40ECECDC" w14:textId="77777777" w:rsidTr="00B40A82">
        <w:trPr>
          <w:jc w:val="center"/>
        </w:trPr>
        <w:tc>
          <w:tcPr>
            <w:tcW w:w="975" w:type="dxa"/>
          </w:tcPr>
          <w:p w14:paraId="77DDDA92" w14:textId="77777777" w:rsidR="00A269AC" w:rsidRDefault="00000000">
            <w:r>
              <w:t>6</w:t>
            </w:r>
          </w:p>
        </w:tc>
        <w:tc>
          <w:tcPr>
            <w:tcW w:w="2179" w:type="dxa"/>
          </w:tcPr>
          <w:p w14:paraId="15170CCD" w14:textId="77777777" w:rsidR="00A269AC" w:rsidRDefault="00000000">
            <w:r>
              <w:t>Unit 3: Technology basics</w:t>
            </w:r>
          </w:p>
        </w:tc>
        <w:tc>
          <w:tcPr>
            <w:tcW w:w="1880" w:type="dxa"/>
          </w:tcPr>
          <w:p w14:paraId="3052CE65" w14:textId="79B1906F" w:rsidR="00A269AC" w:rsidRDefault="00B65B43">
            <w:r>
              <w:t>To ask for help and describe tech-related problems.</w:t>
            </w:r>
          </w:p>
        </w:tc>
        <w:tc>
          <w:tcPr>
            <w:tcW w:w="2711" w:type="dxa"/>
          </w:tcPr>
          <w:p w14:paraId="6BED9658" w14:textId="77777777" w:rsidR="00A269AC" w:rsidRDefault="00000000">
            <w:r>
              <w:t>First internet article.</w:t>
            </w:r>
            <w:r>
              <w:br/>
              <w:t>Tech support role play.</w:t>
            </w:r>
          </w:p>
          <w:p w14:paraId="44E4073A" w14:textId="4437EF87" w:rsidR="00B65B43" w:rsidRDefault="00B65B43" w:rsidP="00B65B43">
            <w:r>
              <w:t>Article: In groups, write a text about the first time you used internet, the WebPages you used to visit, your first email account, etc. Choose the common ones among your partners.</w:t>
            </w:r>
          </w:p>
          <w:p w14:paraId="73C4BBD3" w14:textId="72C99854" w:rsidR="00B65B43" w:rsidRDefault="00B65B43" w:rsidP="00B65B43">
            <w:r>
              <w:t xml:space="preserve">Role Play: In groups, think of a problem with a table, computer or cell phone; then, ask for help describing the problem. The other group must reach to an agreement on </w:t>
            </w:r>
            <w:r>
              <w:lastRenderedPageBreak/>
              <w:t>how to solve the problem.</w:t>
            </w:r>
          </w:p>
        </w:tc>
        <w:tc>
          <w:tcPr>
            <w:tcW w:w="2443" w:type="dxa"/>
          </w:tcPr>
          <w:p w14:paraId="1DD9335A" w14:textId="77777777" w:rsidR="00A269AC" w:rsidRDefault="00000000">
            <w:r>
              <w:lastRenderedPageBreak/>
              <w:t>Tech vocabulary.</w:t>
            </w:r>
            <w:r>
              <w:br/>
              <w:t>Embedded questions.</w:t>
            </w:r>
          </w:p>
          <w:p w14:paraId="3F0C4972" w14:textId="77777777" w:rsidR="00B65B43" w:rsidRDefault="00B65B43" w:rsidP="00B65B43">
            <w:r>
              <w:t>Types of technologies used</w:t>
            </w:r>
          </w:p>
          <w:p w14:paraId="556A7693" w14:textId="77777777" w:rsidR="00B65B43" w:rsidRDefault="00B65B43" w:rsidP="00B65B43">
            <w:r>
              <w:t>• Gadgets and devices</w:t>
            </w:r>
          </w:p>
          <w:p w14:paraId="7053CF46" w14:textId="77777777" w:rsidR="00B65B43" w:rsidRDefault="00B65B43" w:rsidP="00B65B43">
            <w:r>
              <w:t>• Problems with computers or cell phones</w:t>
            </w:r>
          </w:p>
          <w:p w14:paraId="5A43A385" w14:textId="3B862D71" w:rsidR="00B65B43" w:rsidRDefault="00B65B43" w:rsidP="00B65B43">
            <w:r>
              <w:t>• Go online, screen froze, - it won’t charge, can’t print a document</w:t>
            </w:r>
          </w:p>
          <w:p w14:paraId="6FE4FF27" w14:textId="77777777" w:rsidR="00B65B43" w:rsidRDefault="00B65B43" w:rsidP="00B65B43">
            <w:r>
              <w:t>• Questions within sentences</w:t>
            </w:r>
          </w:p>
          <w:p w14:paraId="3F1D7334" w14:textId="77777777" w:rsidR="00B65B43" w:rsidRDefault="00B65B43" w:rsidP="00B65B43">
            <w:r>
              <w:t xml:space="preserve">• Do you know what </w:t>
            </w:r>
            <w:r>
              <w:lastRenderedPageBreak/>
              <w:t>the problem is?</w:t>
            </w:r>
          </w:p>
          <w:p w14:paraId="67D96B6E" w14:textId="77777777" w:rsidR="00B65B43" w:rsidRDefault="00B65B43" w:rsidP="00B65B43">
            <w:r>
              <w:t>• Can you remember which button you touched?</w:t>
            </w:r>
          </w:p>
          <w:p w14:paraId="5D668443" w14:textId="1AFB3720" w:rsidR="00B65B43" w:rsidRDefault="00B65B43" w:rsidP="00B65B43">
            <w:r>
              <w:t>• Do you know what we should do?</w:t>
            </w:r>
          </w:p>
        </w:tc>
      </w:tr>
      <w:tr w:rsidR="00A269AC" w14:paraId="1CDEAF85" w14:textId="77777777" w:rsidTr="00B40A82">
        <w:trPr>
          <w:jc w:val="center"/>
        </w:trPr>
        <w:tc>
          <w:tcPr>
            <w:tcW w:w="975" w:type="dxa"/>
          </w:tcPr>
          <w:p w14:paraId="5C478AB0" w14:textId="77777777" w:rsidR="00A269AC" w:rsidRDefault="00000000">
            <w:r>
              <w:lastRenderedPageBreak/>
              <w:t>7</w:t>
            </w:r>
          </w:p>
        </w:tc>
        <w:tc>
          <w:tcPr>
            <w:tcW w:w="2179" w:type="dxa"/>
          </w:tcPr>
          <w:p w14:paraId="3FA068D0" w14:textId="77777777" w:rsidR="00A269AC" w:rsidRDefault="00000000">
            <w:r>
              <w:t>Unit 3: How technology works</w:t>
            </w:r>
          </w:p>
        </w:tc>
        <w:tc>
          <w:tcPr>
            <w:tcW w:w="1880" w:type="dxa"/>
          </w:tcPr>
          <w:p w14:paraId="07E1DC77" w14:textId="683CB5D6" w:rsidR="00A269AC" w:rsidRDefault="00B65B43">
            <w:r>
              <w:t>To explain uses of technological devices.</w:t>
            </w:r>
          </w:p>
        </w:tc>
        <w:tc>
          <w:tcPr>
            <w:tcW w:w="2711" w:type="dxa"/>
          </w:tcPr>
          <w:p w14:paraId="5D4D9782" w14:textId="77777777" w:rsidR="00A269AC" w:rsidRDefault="00000000">
            <w:r>
              <w:t>Device manual writing.</w:t>
            </w:r>
            <w:r>
              <w:br/>
              <w:t>Oral task preparation.</w:t>
            </w:r>
          </w:p>
          <w:p w14:paraId="7ED38018" w14:textId="5CBD8751" w:rsidR="00B65B43" w:rsidRDefault="00B65B43">
            <w:r w:rsidRPr="00B65B43">
              <w:t>Comparing: Match pictures with descriptions of technological devices. Explain how they help you in your daily life.</w:t>
            </w:r>
          </w:p>
        </w:tc>
        <w:tc>
          <w:tcPr>
            <w:tcW w:w="2443" w:type="dxa"/>
          </w:tcPr>
          <w:p w14:paraId="231B3D5F" w14:textId="77777777" w:rsidR="00A269AC" w:rsidRDefault="00000000">
            <w:r>
              <w:t>Phrasal verbs.</w:t>
            </w:r>
            <w:r>
              <w:br/>
              <w:t>On the one hand...</w:t>
            </w:r>
          </w:p>
          <w:p w14:paraId="5375D648" w14:textId="77777777" w:rsidR="00B65B43" w:rsidRDefault="00B65B43" w:rsidP="00B65B43">
            <w:r>
              <w:t>• Hook it up, look it up, pick it up, put them off, turn them down, take it apart</w:t>
            </w:r>
          </w:p>
          <w:p w14:paraId="0D206065" w14:textId="77777777" w:rsidR="00B65B43" w:rsidRDefault="00B65B43" w:rsidP="00B65B43">
            <w:r>
              <w:t xml:space="preserve">• On the one hand, </w:t>
            </w:r>
            <w:r w:rsidRPr="00B65B43">
              <w:t>the email helps you stay in touch with people</w:t>
            </w:r>
            <w:r>
              <w:t>.</w:t>
            </w:r>
          </w:p>
          <w:p w14:paraId="12E601C5" w14:textId="12DE7258" w:rsidR="00B65B43" w:rsidRDefault="00B65B43" w:rsidP="00B65B43">
            <w:r>
              <w:t>O</w:t>
            </w:r>
            <w:r w:rsidRPr="00B65B43">
              <w:t xml:space="preserve">n the other hand, </w:t>
            </w:r>
            <w:r>
              <w:t xml:space="preserve">this app </w:t>
            </w:r>
            <w:r w:rsidRPr="00B65B43">
              <w:t>might not be very personal.</w:t>
            </w:r>
          </w:p>
        </w:tc>
      </w:tr>
      <w:tr w:rsidR="00A269AC" w14:paraId="06BED3D7" w14:textId="77777777" w:rsidTr="00B40A82">
        <w:trPr>
          <w:jc w:val="center"/>
        </w:trPr>
        <w:tc>
          <w:tcPr>
            <w:tcW w:w="975" w:type="dxa"/>
          </w:tcPr>
          <w:p w14:paraId="260049B3" w14:textId="77777777" w:rsidR="00A269AC" w:rsidRDefault="00000000">
            <w:r>
              <w:t>8</w:t>
            </w:r>
          </w:p>
        </w:tc>
        <w:tc>
          <w:tcPr>
            <w:tcW w:w="2179" w:type="dxa"/>
          </w:tcPr>
          <w:p w14:paraId="06AEEE55" w14:textId="77777777" w:rsidR="00A269AC" w:rsidRDefault="00000000">
            <w:r>
              <w:t>Unit 3: Identity theft</w:t>
            </w:r>
          </w:p>
          <w:p w14:paraId="2F40D72A" w14:textId="77777777" w:rsidR="005A7392" w:rsidRDefault="005A7392"/>
          <w:p w14:paraId="74181D55" w14:textId="658B3E99" w:rsidR="005A7392" w:rsidRDefault="005A7392">
            <w:r w:rsidRPr="006F6D69">
              <w:rPr>
                <w:rFonts w:ascii="Arial" w:hAnsi="Arial" w:cs="Arial"/>
                <w:b/>
                <w:bCs/>
                <w:sz w:val="20"/>
                <w:szCs w:val="20"/>
              </w:rPr>
              <w:t>MIDTERM ORAL TASK (20 %)</w:t>
            </w:r>
          </w:p>
        </w:tc>
        <w:tc>
          <w:tcPr>
            <w:tcW w:w="1880" w:type="dxa"/>
          </w:tcPr>
          <w:p w14:paraId="5C2A46C1" w14:textId="4778AA90" w:rsidR="00A269AC" w:rsidRDefault="0095292D">
            <w:r>
              <w:t>To recognize and prevent identity theft situations.</w:t>
            </w:r>
          </w:p>
        </w:tc>
        <w:tc>
          <w:tcPr>
            <w:tcW w:w="2711" w:type="dxa"/>
          </w:tcPr>
          <w:p w14:paraId="1E10C3DB" w14:textId="77777777" w:rsidR="00A269AC" w:rsidRDefault="00000000">
            <w:r>
              <w:t>Scam debate and advice presentation.</w:t>
            </w:r>
          </w:p>
          <w:p w14:paraId="5CE94423" w14:textId="1A94A4EF" w:rsidR="0095292D" w:rsidRDefault="0095292D">
            <w:r w:rsidRPr="0095292D">
              <w:t>Presentation and debate: In the board write personal scams/virtual scams</w:t>
            </w:r>
            <w:r>
              <w:t>.</w:t>
            </w:r>
            <w:r w:rsidRPr="0095292D">
              <w:t xml:space="preserve"> </w:t>
            </w:r>
            <w:r>
              <w:t>A</w:t>
            </w:r>
            <w:r w:rsidRPr="0095292D">
              <w:t>gree on the most popular ones and provide advice on how to avoid them.</w:t>
            </w:r>
          </w:p>
        </w:tc>
        <w:tc>
          <w:tcPr>
            <w:tcW w:w="2443" w:type="dxa"/>
          </w:tcPr>
          <w:p w14:paraId="2AAE0A64" w14:textId="77777777" w:rsidR="00A269AC" w:rsidRDefault="00000000">
            <w:r>
              <w:t>Sensitive information vocabulary.</w:t>
            </w:r>
            <w:r>
              <w:br/>
              <w:t>Advice expressions.</w:t>
            </w:r>
          </w:p>
          <w:p w14:paraId="3805796A" w14:textId="77777777" w:rsidR="0095292D" w:rsidRDefault="0095292D" w:rsidP="0095292D">
            <w:r>
              <w:t>• What is personal information? What is sensitive information?</w:t>
            </w:r>
          </w:p>
          <w:p w14:paraId="450F971F" w14:textId="77777777" w:rsidR="0095292D" w:rsidRDefault="0095292D" w:rsidP="0095292D">
            <w:r>
              <w:t>• How can someone steal somebody else’s identity?</w:t>
            </w:r>
          </w:p>
          <w:p w14:paraId="02256246" w14:textId="77777777" w:rsidR="0095292D" w:rsidRDefault="0095292D" w:rsidP="0095292D">
            <w:r>
              <w:t>• Credit card, pins, passwords, networks, scams, Trojans, viruses</w:t>
            </w:r>
          </w:p>
          <w:p w14:paraId="6F37BB05" w14:textId="77777777" w:rsidR="0095292D" w:rsidRDefault="0095292D" w:rsidP="0095292D">
            <w:r>
              <w:t>• Job scams, money scams</w:t>
            </w:r>
          </w:p>
          <w:p w14:paraId="7BE7CD60" w14:textId="480E935F" w:rsidR="0095292D" w:rsidRDefault="0095292D" w:rsidP="0095292D">
            <w:r>
              <w:t xml:space="preserve">• How can you protect sensitive information </w:t>
            </w:r>
            <w:r>
              <w:lastRenderedPageBreak/>
              <w:t>in hard copies and on virtual environments?</w:t>
            </w:r>
          </w:p>
        </w:tc>
      </w:tr>
      <w:tr w:rsidR="00A269AC" w14:paraId="132C37DC" w14:textId="77777777" w:rsidTr="00B40A82">
        <w:trPr>
          <w:jc w:val="center"/>
        </w:trPr>
        <w:tc>
          <w:tcPr>
            <w:tcW w:w="975" w:type="dxa"/>
          </w:tcPr>
          <w:p w14:paraId="61D18B3D" w14:textId="77777777" w:rsidR="00A269AC" w:rsidRDefault="00000000">
            <w:r>
              <w:lastRenderedPageBreak/>
              <w:t>9</w:t>
            </w:r>
          </w:p>
        </w:tc>
        <w:tc>
          <w:tcPr>
            <w:tcW w:w="2179" w:type="dxa"/>
          </w:tcPr>
          <w:p w14:paraId="3ED77C7A" w14:textId="77777777" w:rsidR="00A269AC" w:rsidRDefault="00000000">
            <w:r>
              <w:t>Unit 4: Movies and reviews</w:t>
            </w:r>
          </w:p>
        </w:tc>
        <w:tc>
          <w:tcPr>
            <w:tcW w:w="1880" w:type="dxa"/>
          </w:tcPr>
          <w:p w14:paraId="6BCF1B93" w14:textId="3682AA83" w:rsidR="00A269AC" w:rsidRDefault="002F24F1">
            <w:r>
              <w:t>To report the plot of a movie or series.</w:t>
            </w:r>
          </w:p>
        </w:tc>
        <w:tc>
          <w:tcPr>
            <w:tcW w:w="2711" w:type="dxa"/>
          </w:tcPr>
          <w:p w14:paraId="5E8841B2" w14:textId="77777777" w:rsidR="00A269AC" w:rsidRDefault="00000000">
            <w:r>
              <w:t>Movie review blog entry.</w:t>
            </w:r>
          </w:p>
          <w:p w14:paraId="0361CCA5" w14:textId="0BD5F1FA" w:rsidR="002F24F1" w:rsidRDefault="002F24F1">
            <w:r w:rsidRPr="002F24F1">
              <w:t>Blog entry: Based on a movie review, write the review for prequel or sequel. Compare with your partners and choose the common aspects you all kept.</w:t>
            </w:r>
          </w:p>
        </w:tc>
        <w:tc>
          <w:tcPr>
            <w:tcW w:w="2443" w:type="dxa"/>
          </w:tcPr>
          <w:p w14:paraId="7E770D9E" w14:textId="77777777" w:rsidR="00A269AC" w:rsidRDefault="00000000">
            <w:r>
              <w:t>Movie genres vocabulary.</w:t>
            </w:r>
            <w:r>
              <w:br/>
              <w:t>Present perfect review.</w:t>
            </w:r>
          </w:p>
          <w:p w14:paraId="4199E38D" w14:textId="77777777" w:rsidR="002F24F1" w:rsidRDefault="002F24F1" w:rsidP="002F24F1">
            <w:r>
              <w:t>• What is your favorite movie?</w:t>
            </w:r>
          </w:p>
          <w:p w14:paraId="47BB6014" w14:textId="77777777" w:rsidR="002F24F1" w:rsidRDefault="002F24F1" w:rsidP="002F24F1">
            <w:r>
              <w:t>• Have you ever seen “The exorcist”? What do you think about it?</w:t>
            </w:r>
          </w:p>
          <w:p w14:paraId="174C9267" w14:textId="77777777" w:rsidR="002F24F1" w:rsidRDefault="002F24F1" w:rsidP="002F24F1">
            <w:r>
              <w:t>• This movie has had a great acceptance among the young public.</w:t>
            </w:r>
          </w:p>
          <w:p w14:paraId="6F993EB9" w14:textId="77777777" w:rsidR="002F24F1" w:rsidRDefault="002F24F1" w:rsidP="002F24F1">
            <w:r>
              <w:t>• What types of movies there are?</w:t>
            </w:r>
          </w:p>
          <w:p w14:paraId="59F47B54" w14:textId="65084015" w:rsidR="002F24F1" w:rsidRDefault="002F24F1" w:rsidP="002F24F1">
            <w:r>
              <w:t>• This movie is sent in the Victorian era.</w:t>
            </w:r>
          </w:p>
        </w:tc>
      </w:tr>
      <w:tr w:rsidR="00A269AC" w14:paraId="58AAF008" w14:textId="77777777" w:rsidTr="00B40A82">
        <w:trPr>
          <w:jc w:val="center"/>
        </w:trPr>
        <w:tc>
          <w:tcPr>
            <w:tcW w:w="975" w:type="dxa"/>
          </w:tcPr>
          <w:p w14:paraId="2267AD71" w14:textId="77777777" w:rsidR="00A269AC" w:rsidRDefault="00000000">
            <w:r>
              <w:t>10</w:t>
            </w:r>
          </w:p>
        </w:tc>
        <w:tc>
          <w:tcPr>
            <w:tcW w:w="2179" w:type="dxa"/>
          </w:tcPr>
          <w:p w14:paraId="7E759C91" w14:textId="77777777" w:rsidR="00A269AC" w:rsidRDefault="00000000">
            <w:r>
              <w:t>Unit 4: Music videos and trends</w:t>
            </w:r>
          </w:p>
        </w:tc>
        <w:tc>
          <w:tcPr>
            <w:tcW w:w="1880" w:type="dxa"/>
          </w:tcPr>
          <w:p w14:paraId="010462B0" w14:textId="2DDAEAE6" w:rsidR="00A269AC" w:rsidRDefault="00CE157A">
            <w:r>
              <w:t>To categorize music videos by trends.</w:t>
            </w:r>
          </w:p>
        </w:tc>
        <w:tc>
          <w:tcPr>
            <w:tcW w:w="2711" w:type="dxa"/>
          </w:tcPr>
          <w:p w14:paraId="32C02BDD" w14:textId="77777777" w:rsidR="00A269AC" w:rsidRDefault="00000000">
            <w:r>
              <w:t>MTV timeline comparison.</w:t>
            </w:r>
            <w:r>
              <w:br/>
              <w:t>Integrated writing task.</w:t>
            </w:r>
          </w:p>
          <w:p w14:paraId="204A9EBB" w14:textId="3BEAC734" w:rsidR="00CE157A" w:rsidRDefault="00CE157A">
            <w:r w:rsidRPr="00CE157A">
              <w:t>Timeline: Look for the MTV’s 2000 list of best music videos; compare it to today’s list of best music. Describe the changes in genre and artists.</w:t>
            </w:r>
          </w:p>
        </w:tc>
        <w:tc>
          <w:tcPr>
            <w:tcW w:w="2443" w:type="dxa"/>
          </w:tcPr>
          <w:p w14:paraId="59E8BA20" w14:textId="77777777" w:rsidR="00A269AC" w:rsidRDefault="00000000">
            <w:r>
              <w:t>Descriptive language.</w:t>
            </w:r>
            <w:r>
              <w:br/>
              <w:t>Media vocabulary.</w:t>
            </w:r>
          </w:p>
          <w:p w14:paraId="02A606DE" w14:textId="77777777" w:rsidR="00CE157A" w:rsidRDefault="00CE157A" w:rsidP="00CE157A">
            <w:r>
              <w:t>• This show is hilarious; it contains all the humor elements you could think of.</w:t>
            </w:r>
          </w:p>
          <w:p w14:paraId="69B82687" w14:textId="366232DD" w:rsidR="00CE157A" w:rsidRDefault="00CE157A" w:rsidP="00CE157A">
            <w:r>
              <w:t>• The Billboard chart is the most important music list; it contains information about all the hits of the moment.</w:t>
            </w:r>
          </w:p>
        </w:tc>
      </w:tr>
      <w:tr w:rsidR="00A269AC" w14:paraId="2931ACE1" w14:textId="77777777" w:rsidTr="00B40A82">
        <w:trPr>
          <w:jc w:val="center"/>
        </w:trPr>
        <w:tc>
          <w:tcPr>
            <w:tcW w:w="975" w:type="dxa"/>
          </w:tcPr>
          <w:p w14:paraId="30C7431E" w14:textId="77777777" w:rsidR="00A269AC" w:rsidRDefault="00000000">
            <w:r>
              <w:t>11</w:t>
            </w:r>
          </w:p>
        </w:tc>
        <w:tc>
          <w:tcPr>
            <w:tcW w:w="2179" w:type="dxa"/>
          </w:tcPr>
          <w:p w14:paraId="67669210" w14:textId="77777777" w:rsidR="00A269AC" w:rsidRDefault="00000000">
            <w:r>
              <w:t>Unit 5: Speculating about people</w:t>
            </w:r>
          </w:p>
        </w:tc>
        <w:tc>
          <w:tcPr>
            <w:tcW w:w="1880" w:type="dxa"/>
          </w:tcPr>
          <w:p w14:paraId="64FE6A8B" w14:textId="5C8FAC63" w:rsidR="00A269AC" w:rsidRDefault="004977EB">
            <w:r>
              <w:t>To speculate based on appearance and behavior.</w:t>
            </w:r>
          </w:p>
        </w:tc>
        <w:tc>
          <w:tcPr>
            <w:tcW w:w="2711" w:type="dxa"/>
          </w:tcPr>
          <w:p w14:paraId="23D8C5AE" w14:textId="77777777" w:rsidR="00A269AC" w:rsidRDefault="00000000">
            <w:r>
              <w:t>Party speculation conversation.</w:t>
            </w:r>
            <w:r>
              <w:br/>
              <w:t>Picture speculation task.</w:t>
            </w:r>
          </w:p>
          <w:p w14:paraId="0A134D65" w14:textId="63015D3F" w:rsidR="004977EB" w:rsidRDefault="004977EB" w:rsidP="004977EB">
            <w:r>
              <w:t xml:space="preserve">Conversation: Based on your partner’s description of people in a party, </w:t>
            </w:r>
            <w:r>
              <w:lastRenderedPageBreak/>
              <w:t>speculate about who they are and what they might like.</w:t>
            </w:r>
          </w:p>
          <w:p w14:paraId="0F4A4492" w14:textId="218CC19B" w:rsidR="004977EB" w:rsidRDefault="004977EB" w:rsidP="004977EB">
            <w:r>
              <w:t>Picture description: Based on pictures and videos of specific social situations, you must speculate about people’s jobs and lifestyles.</w:t>
            </w:r>
          </w:p>
        </w:tc>
        <w:tc>
          <w:tcPr>
            <w:tcW w:w="2443" w:type="dxa"/>
          </w:tcPr>
          <w:p w14:paraId="6684C3DD" w14:textId="77777777" w:rsidR="00A269AC" w:rsidRDefault="00000000">
            <w:r>
              <w:lastRenderedPageBreak/>
              <w:t>Must/might.</w:t>
            </w:r>
            <w:r>
              <w:br/>
              <w:t>I guess...</w:t>
            </w:r>
            <w:r>
              <w:br/>
              <w:t>I think...</w:t>
            </w:r>
          </w:p>
          <w:p w14:paraId="6DC9366A" w14:textId="77777777" w:rsidR="004977EB" w:rsidRDefault="004977EB" w:rsidP="004977EB">
            <w:r>
              <w:t xml:space="preserve">• I guess she is a bit shy; she seems nice </w:t>
            </w:r>
            <w:r>
              <w:lastRenderedPageBreak/>
              <w:t>though.</w:t>
            </w:r>
          </w:p>
          <w:p w14:paraId="5B398102" w14:textId="77777777" w:rsidR="004977EB" w:rsidRDefault="004977EB" w:rsidP="004977EB">
            <w:r>
              <w:t>• I think people tend to be very open when they feel they are in a safe place.</w:t>
            </w:r>
          </w:p>
          <w:p w14:paraId="48171759" w14:textId="77777777" w:rsidR="004977EB" w:rsidRDefault="004977EB" w:rsidP="004977EB">
            <w:r>
              <w:t>• This guy must be a genius, he’s 23 and he’s already the owner of a successful company.</w:t>
            </w:r>
          </w:p>
          <w:p w14:paraId="2F3541FF" w14:textId="2E2ED35C" w:rsidR="004977EB" w:rsidRDefault="004977EB" w:rsidP="004977EB">
            <w:r>
              <w:t xml:space="preserve">• Who is the boy on </w:t>
            </w:r>
            <w:r w:rsidRPr="004977EB">
              <w:t>the left? I guess he is one of her friends</w:t>
            </w:r>
            <w:r>
              <w:t>.</w:t>
            </w:r>
          </w:p>
        </w:tc>
      </w:tr>
      <w:tr w:rsidR="00A269AC" w14:paraId="11A86821" w14:textId="77777777" w:rsidTr="00B40A82">
        <w:trPr>
          <w:jc w:val="center"/>
        </w:trPr>
        <w:tc>
          <w:tcPr>
            <w:tcW w:w="975" w:type="dxa"/>
          </w:tcPr>
          <w:p w14:paraId="71C1F406" w14:textId="77777777" w:rsidR="00A269AC" w:rsidRDefault="00000000">
            <w:r>
              <w:lastRenderedPageBreak/>
              <w:t>12</w:t>
            </w:r>
          </w:p>
        </w:tc>
        <w:tc>
          <w:tcPr>
            <w:tcW w:w="2179" w:type="dxa"/>
          </w:tcPr>
          <w:p w14:paraId="70618D93" w14:textId="77777777" w:rsidR="00A269AC" w:rsidRDefault="00000000">
            <w:r>
              <w:t>Unit 5: Feelings and moods</w:t>
            </w:r>
          </w:p>
          <w:p w14:paraId="1CF77EE3" w14:textId="77777777" w:rsidR="00217B75" w:rsidRDefault="00217B75"/>
          <w:p w14:paraId="5EAF88B3" w14:textId="77777777" w:rsidR="00217B75" w:rsidRDefault="00217B75" w:rsidP="00217B75">
            <w:r>
              <w:t>- Guessing people’s feelings</w:t>
            </w:r>
          </w:p>
          <w:p w14:paraId="38BB848A" w14:textId="0F1C3384" w:rsidR="00217B75" w:rsidRDefault="00217B75" w:rsidP="00217B75">
            <w:r>
              <w:t>- Sound practice</w:t>
            </w:r>
          </w:p>
        </w:tc>
        <w:tc>
          <w:tcPr>
            <w:tcW w:w="1880" w:type="dxa"/>
          </w:tcPr>
          <w:p w14:paraId="0CD86D70" w14:textId="2ADB2D10" w:rsidR="00A269AC" w:rsidRDefault="00FC49EF">
            <w:r>
              <w:t>To d</w:t>
            </w:r>
            <w:r w:rsidR="00000000">
              <w:t>escribe situations and people’s feelings.</w:t>
            </w:r>
          </w:p>
        </w:tc>
        <w:tc>
          <w:tcPr>
            <w:tcW w:w="2711" w:type="dxa"/>
          </w:tcPr>
          <w:p w14:paraId="39B58EBB" w14:textId="77777777" w:rsidR="00A269AC" w:rsidRDefault="00000000">
            <w:r>
              <w:t>Picture debate.</w:t>
            </w:r>
            <w:r>
              <w:br/>
              <w:t>Feelings comparison.</w:t>
            </w:r>
          </w:p>
          <w:p w14:paraId="65EB2A37" w14:textId="2F988EC7" w:rsidR="00FC49EF" w:rsidRDefault="00FC49EF">
            <w:r w:rsidRPr="00FC49EF">
              <w:t xml:space="preserve">Debate: Based on different pictures of different situations, guess the feelings of people. </w:t>
            </w:r>
            <w:r>
              <w:t>Then, c</w:t>
            </w:r>
            <w:r w:rsidRPr="00FC49EF">
              <w:t xml:space="preserve">ompare </w:t>
            </w:r>
            <w:r>
              <w:t>and contrast the information with</w:t>
            </w:r>
            <w:r w:rsidRPr="00FC49EF">
              <w:t xml:space="preserve"> your </w:t>
            </w:r>
            <w:r>
              <w:t>classmates.</w:t>
            </w:r>
          </w:p>
        </w:tc>
        <w:tc>
          <w:tcPr>
            <w:tcW w:w="2443" w:type="dxa"/>
          </w:tcPr>
          <w:p w14:paraId="453B5A9C" w14:textId="77777777" w:rsidR="00A269AC" w:rsidRDefault="00000000">
            <w:r>
              <w:t>Looks/seems.</w:t>
            </w:r>
            <w:r>
              <w:br/>
              <w:t>Emotion adjectives.</w:t>
            </w:r>
          </w:p>
          <w:p w14:paraId="0BCCC4DC" w14:textId="18BE5148" w:rsidR="00B40A82" w:rsidRDefault="00B40A82" w:rsidP="00B40A82">
            <w:r>
              <w:t>I think she’s a bit sa</w:t>
            </w:r>
            <w:r>
              <w:t xml:space="preserve">d </w:t>
            </w:r>
            <w:r>
              <w:t>with this situation</w:t>
            </w:r>
            <w:r>
              <w:t>.</w:t>
            </w:r>
            <w:r>
              <w:t xml:space="preserve"> </w:t>
            </w:r>
            <w:r>
              <w:t>I</w:t>
            </w:r>
            <w:r>
              <w:t>t cannot be easy to have all that responsibility and no help whatsoever.</w:t>
            </w:r>
          </w:p>
          <w:p w14:paraId="49A8D701" w14:textId="4C81C584" w:rsidR="00B40A82" w:rsidRDefault="00B40A82" w:rsidP="00B40A82">
            <w:r>
              <w:t xml:space="preserve">• He looks a bit shocked by </w:t>
            </w:r>
            <w:r>
              <w:t>that news</w:t>
            </w:r>
            <w:r>
              <w:t>, the surprised face still lingers.</w:t>
            </w:r>
          </w:p>
          <w:p w14:paraId="09BF7998" w14:textId="6D4D2C35" w:rsidR="00B40A82" w:rsidRDefault="00B40A82" w:rsidP="00B40A82">
            <w:r>
              <w:t>• I would be very disappointed if something like that happened to me.</w:t>
            </w:r>
          </w:p>
        </w:tc>
      </w:tr>
      <w:tr w:rsidR="00A269AC" w14:paraId="1050C108" w14:textId="77777777" w:rsidTr="00B40A82">
        <w:trPr>
          <w:jc w:val="center"/>
        </w:trPr>
        <w:tc>
          <w:tcPr>
            <w:tcW w:w="975" w:type="dxa"/>
          </w:tcPr>
          <w:p w14:paraId="04AF7E67" w14:textId="77777777" w:rsidR="00A269AC" w:rsidRDefault="00000000">
            <w:r>
              <w:t>13</w:t>
            </w:r>
          </w:p>
        </w:tc>
        <w:tc>
          <w:tcPr>
            <w:tcW w:w="2179" w:type="dxa"/>
          </w:tcPr>
          <w:p w14:paraId="662E1DCB" w14:textId="77777777" w:rsidR="00A269AC" w:rsidRDefault="00000000">
            <w:r>
              <w:t>Unit 5: Making an impression</w:t>
            </w:r>
          </w:p>
          <w:p w14:paraId="1239E07F" w14:textId="77777777" w:rsidR="005A7392" w:rsidRPr="006F6D69" w:rsidRDefault="005A7392" w:rsidP="005A7392">
            <w:pPr>
              <w:rPr>
                <w:rFonts w:ascii="Arial" w:hAnsi="Arial" w:cs="Arial"/>
                <w:sz w:val="20"/>
                <w:szCs w:val="20"/>
              </w:rPr>
            </w:pPr>
            <w:r w:rsidRPr="006F6D69">
              <w:rPr>
                <w:rFonts w:ascii="Arial" w:hAnsi="Arial" w:cs="Arial"/>
                <w:b/>
                <w:bCs/>
                <w:sz w:val="20"/>
                <w:szCs w:val="20"/>
              </w:rPr>
              <w:t>INTEGRATED TASK (20 %)</w:t>
            </w:r>
            <w:r w:rsidRPr="006F6D69">
              <w:rPr>
                <w:rFonts w:ascii="Arial" w:hAnsi="Arial" w:cs="Arial"/>
                <w:sz w:val="20"/>
                <w:szCs w:val="20"/>
              </w:rPr>
              <w:br/>
              <w:t>- Sound practice</w:t>
            </w:r>
          </w:p>
          <w:p w14:paraId="5B90E2AC" w14:textId="77777777" w:rsidR="005A7392" w:rsidRDefault="005A7392"/>
        </w:tc>
        <w:tc>
          <w:tcPr>
            <w:tcW w:w="1880" w:type="dxa"/>
          </w:tcPr>
          <w:p w14:paraId="6054D598" w14:textId="31F33343" w:rsidR="00A269AC" w:rsidRDefault="00217B75">
            <w:r>
              <w:t>To p</w:t>
            </w:r>
            <w:r w:rsidR="00000000">
              <w:t>ropose ways to make a difference.</w:t>
            </w:r>
          </w:p>
        </w:tc>
        <w:tc>
          <w:tcPr>
            <w:tcW w:w="2711" w:type="dxa"/>
          </w:tcPr>
          <w:p w14:paraId="2AB9AB2B" w14:textId="77777777" w:rsidR="00A269AC" w:rsidRDefault="00000000">
            <w:r>
              <w:t>Do’s and don’ts list.</w:t>
            </w:r>
            <w:r>
              <w:br/>
              <w:t>Community blog entry.</w:t>
            </w:r>
          </w:p>
          <w:p w14:paraId="060A0F86" w14:textId="3033F8BD" w:rsidR="00217B75" w:rsidRDefault="00217B75" w:rsidP="00217B75">
            <w:r>
              <w:t>Conversation: Describe how you can make a good impression when meeting your partner’s relatives for the first time. Make a list of the do’s and don’ts</w:t>
            </w:r>
            <w:r>
              <w:t>.</w:t>
            </w:r>
          </w:p>
          <w:p w14:paraId="524F4D85" w14:textId="77777777" w:rsidR="00217B75" w:rsidRDefault="00217B75" w:rsidP="00217B75"/>
          <w:p w14:paraId="319324C0" w14:textId="4B023EE7" w:rsidR="00217B75" w:rsidRDefault="00217B75" w:rsidP="00217B75">
            <w:r>
              <w:t>Blog entry: Write about a person in your community who’s making a difference in people’s lives.</w:t>
            </w:r>
          </w:p>
        </w:tc>
        <w:tc>
          <w:tcPr>
            <w:tcW w:w="2443" w:type="dxa"/>
          </w:tcPr>
          <w:p w14:paraId="73072A5B" w14:textId="77777777" w:rsidR="00A269AC" w:rsidRDefault="00000000">
            <w:r>
              <w:lastRenderedPageBreak/>
              <w:t>Opinion expressions.</w:t>
            </w:r>
            <w:r>
              <w:br/>
              <w:t>Descriptive adjectives.</w:t>
            </w:r>
          </w:p>
          <w:p w14:paraId="7A5AFCBE" w14:textId="5A39A1B1" w:rsidR="00217B75" w:rsidRDefault="00217B75" w:rsidP="00217B75">
            <w:r>
              <w:t>• I think he is a nice guy</w:t>
            </w:r>
            <w:r w:rsidR="0063409C">
              <w:t>.</w:t>
            </w:r>
            <w:r>
              <w:t xml:space="preserve"> I liked a lot the way he spoke</w:t>
            </w:r>
            <w:r w:rsidR="0063409C">
              <w:t>:</w:t>
            </w:r>
            <w:r>
              <w:t xml:space="preserve"> so soft but confident.</w:t>
            </w:r>
          </w:p>
          <w:p w14:paraId="563D5766" w14:textId="77777777" w:rsidR="0063409C" w:rsidRDefault="00217B75" w:rsidP="00217B75">
            <w:r>
              <w:t xml:space="preserve">• What do you think of </w:t>
            </w:r>
            <w:r>
              <w:lastRenderedPageBreak/>
              <w:t xml:space="preserve">that girl? </w:t>
            </w:r>
          </w:p>
          <w:p w14:paraId="51D1A3FF" w14:textId="77777777" w:rsidR="0063409C" w:rsidRDefault="00217B75" w:rsidP="00217B75">
            <w:r>
              <w:t>She was nice</w:t>
            </w:r>
            <w:r w:rsidR="0063409C">
              <w:t>.</w:t>
            </w:r>
          </w:p>
          <w:p w14:paraId="74F5AF3E" w14:textId="73D3B341" w:rsidR="00217B75" w:rsidRDefault="0063409C" w:rsidP="00217B75">
            <w:r>
              <w:t>A</w:t>
            </w:r>
            <w:r w:rsidR="00217B75">
              <w:t xml:space="preserve"> bit intimidating for me though.</w:t>
            </w:r>
          </w:p>
        </w:tc>
      </w:tr>
      <w:tr w:rsidR="00A269AC" w14:paraId="2BBCBE25" w14:textId="77777777" w:rsidTr="00B40A82">
        <w:trPr>
          <w:jc w:val="center"/>
        </w:trPr>
        <w:tc>
          <w:tcPr>
            <w:tcW w:w="975" w:type="dxa"/>
          </w:tcPr>
          <w:p w14:paraId="050A0BC7" w14:textId="77777777" w:rsidR="00A269AC" w:rsidRDefault="00000000">
            <w:r>
              <w:t>14</w:t>
            </w:r>
          </w:p>
        </w:tc>
        <w:tc>
          <w:tcPr>
            <w:tcW w:w="2179" w:type="dxa"/>
          </w:tcPr>
          <w:p w14:paraId="6D7289C9" w14:textId="77777777" w:rsidR="00A269AC" w:rsidRDefault="00000000">
            <w:r>
              <w:t>Unit 5: News and satire</w:t>
            </w:r>
          </w:p>
        </w:tc>
        <w:tc>
          <w:tcPr>
            <w:tcW w:w="1880" w:type="dxa"/>
          </w:tcPr>
          <w:p w14:paraId="5E1CE292" w14:textId="481DAEBB" w:rsidR="00A269AC" w:rsidRDefault="00E405A3">
            <w:r>
              <w:t>To re</w:t>
            </w:r>
            <w:r w:rsidR="00000000">
              <w:t>cognize real vs satirical news.</w:t>
            </w:r>
          </w:p>
        </w:tc>
        <w:tc>
          <w:tcPr>
            <w:tcW w:w="2711" w:type="dxa"/>
          </w:tcPr>
          <w:p w14:paraId="674B22CB" w14:textId="77777777" w:rsidR="00A269AC" w:rsidRDefault="00000000">
            <w:r>
              <w:t>Satirical news article creation.</w:t>
            </w:r>
          </w:p>
          <w:p w14:paraId="5B52B410" w14:textId="2AA5118C" w:rsidR="00E405A3" w:rsidRDefault="00E405A3">
            <w:r w:rsidRPr="00E405A3">
              <w:t xml:space="preserve">Article: Create a satirical piece of news based on a current fact. </w:t>
            </w:r>
            <w:r>
              <w:t>Share and c</w:t>
            </w:r>
            <w:r w:rsidRPr="00E405A3">
              <w:t xml:space="preserve">ompare </w:t>
            </w:r>
            <w:r>
              <w:t>with</w:t>
            </w:r>
            <w:r w:rsidRPr="00E405A3">
              <w:t xml:space="preserve"> your </w:t>
            </w:r>
            <w:r>
              <w:t>classmates.</w:t>
            </w:r>
            <w:r w:rsidRPr="00E405A3">
              <w:t xml:space="preserve"> </w:t>
            </w:r>
          </w:p>
          <w:p w14:paraId="152CF34D" w14:textId="77777777" w:rsidR="00E405A3" w:rsidRDefault="00E405A3"/>
        </w:tc>
        <w:tc>
          <w:tcPr>
            <w:tcW w:w="2443" w:type="dxa"/>
          </w:tcPr>
          <w:p w14:paraId="01875EEE" w14:textId="77777777" w:rsidR="00A269AC" w:rsidRDefault="00000000">
            <w:r>
              <w:t>News reporting vocabulary.</w:t>
            </w:r>
          </w:p>
          <w:p w14:paraId="131F651C" w14:textId="4EF25773" w:rsidR="00E405A3" w:rsidRDefault="00E405A3" w:rsidP="00E405A3">
            <w:r>
              <w:t>• Anything interesting today? Yes, apparently there is a new virus found in China</w:t>
            </w:r>
            <w:r>
              <w:t>.</w:t>
            </w:r>
            <w:r>
              <w:t xml:space="preserve"> </w:t>
            </w:r>
            <w:r>
              <w:t>I</w:t>
            </w:r>
            <w:r>
              <w:t>t looks like a mutation of the swine flu.</w:t>
            </w:r>
          </w:p>
          <w:p w14:paraId="36769EF7" w14:textId="77777777" w:rsidR="00E405A3" w:rsidRDefault="00E405A3" w:rsidP="00E405A3">
            <w:r>
              <w:t>• In the news today, a tribute was paid to Freddy Mercury on the 20th anniversary of his death.</w:t>
            </w:r>
          </w:p>
          <w:p w14:paraId="1BCEA10F" w14:textId="77777777" w:rsidR="00E405A3" w:rsidRDefault="00E405A3" w:rsidP="00E405A3">
            <w:r>
              <w:t>• Two bears were seen in a yard, playing with a dog.</w:t>
            </w:r>
          </w:p>
          <w:p w14:paraId="787E98E7" w14:textId="6CA8C40B" w:rsidR="00750EBF" w:rsidRDefault="00750EBF" w:rsidP="00750EBF">
            <w:r>
              <w:t xml:space="preserve">- Fascists have just agreed they all hate gigantic states. </w:t>
            </w:r>
          </w:p>
        </w:tc>
      </w:tr>
      <w:tr w:rsidR="00A269AC" w14:paraId="7E420F0E" w14:textId="77777777" w:rsidTr="00B40A82">
        <w:trPr>
          <w:jc w:val="center"/>
        </w:trPr>
        <w:tc>
          <w:tcPr>
            <w:tcW w:w="975" w:type="dxa"/>
          </w:tcPr>
          <w:p w14:paraId="02D75E66" w14:textId="77777777" w:rsidR="00A269AC" w:rsidRDefault="00000000">
            <w:r>
              <w:t>15</w:t>
            </w:r>
          </w:p>
        </w:tc>
        <w:tc>
          <w:tcPr>
            <w:tcW w:w="2179" w:type="dxa"/>
          </w:tcPr>
          <w:p w14:paraId="1B4D1113" w14:textId="77777777" w:rsidR="00A269AC" w:rsidRDefault="00000000">
            <w:r>
              <w:t>Unit 6: Political and gossip news</w:t>
            </w:r>
          </w:p>
        </w:tc>
        <w:tc>
          <w:tcPr>
            <w:tcW w:w="1880" w:type="dxa"/>
          </w:tcPr>
          <w:p w14:paraId="7694CB36" w14:textId="5D9A3060" w:rsidR="00A269AC" w:rsidRDefault="00C4129C">
            <w:r>
              <w:t>To i</w:t>
            </w:r>
            <w:r w:rsidR="00000000">
              <w:t>llustrate political and gossip news.</w:t>
            </w:r>
          </w:p>
        </w:tc>
        <w:tc>
          <w:tcPr>
            <w:tcW w:w="2711" w:type="dxa"/>
          </w:tcPr>
          <w:p w14:paraId="660C96D3" w14:textId="77777777" w:rsidR="00A269AC" w:rsidRDefault="00000000">
            <w:r>
              <w:t>Controversial news debate.</w:t>
            </w:r>
          </w:p>
          <w:p w14:paraId="4544C822" w14:textId="725B94EA" w:rsidR="00C4129C" w:rsidRDefault="00C4129C">
            <w:r w:rsidRPr="00C4129C">
              <w:t>Debate: Discuss which gossip or political news ha</w:t>
            </w:r>
            <w:r>
              <w:t>ve</w:t>
            </w:r>
            <w:r w:rsidRPr="00C4129C">
              <w:t xml:space="preserve"> been the most controversial lately, give reasons why.</w:t>
            </w:r>
          </w:p>
        </w:tc>
        <w:tc>
          <w:tcPr>
            <w:tcW w:w="2443" w:type="dxa"/>
          </w:tcPr>
          <w:p w14:paraId="6D650B28" w14:textId="77777777" w:rsidR="00A269AC" w:rsidRDefault="00000000">
            <w:r>
              <w:t>Reported speech basics.</w:t>
            </w:r>
            <w:r>
              <w:br/>
              <w:t>Media expressions.</w:t>
            </w:r>
          </w:p>
          <w:p w14:paraId="20F473E9" w14:textId="133E42F9" w:rsidR="00C4129C" w:rsidRDefault="00C4129C" w:rsidP="00C4129C">
            <w:r>
              <w:t xml:space="preserve">• Did you hear about the presidential candidates of the USA? Yes, </w:t>
            </w:r>
            <w:r>
              <w:t>apparently,</w:t>
            </w:r>
            <w:r>
              <w:t xml:space="preserve"> they both are running a media circus that has people very disappointed </w:t>
            </w:r>
            <w:r>
              <w:t>about</w:t>
            </w:r>
            <w:r>
              <w:t xml:space="preserve"> them.</w:t>
            </w:r>
          </w:p>
          <w:p w14:paraId="7ABEA161" w14:textId="5D0F8543" w:rsidR="00C4129C" w:rsidRDefault="00C4129C" w:rsidP="00C4129C">
            <w:r>
              <w:lastRenderedPageBreak/>
              <w:t>• Fashion news recommends using floral accessories for the fall. It looks like Lady Gaga was the queen of flowers this year.</w:t>
            </w:r>
          </w:p>
        </w:tc>
      </w:tr>
      <w:tr w:rsidR="00A269AC" w14:paraId="6BF62839" w14:textId="77777777" w:rsidTr="00B40A82">
        <w:trPr>
          <w:jc w:val="center"/>
        </w:trPr>
        <w:tc>
          <w:tcPr>
            <w:tcW w:w="975" w:type="dxa"/>
          </w:tcPr>
          <w:p w14:paraId="47488000" w14:textId="77777777" w:rsidR="00A269AC" w:rsidRDefault="00000000">
            <w:r>
              <w:lastRenderedPageBreak/>
              <w:t>16</w:t>
            </w:r>
          </w:p>
        </w:tc>
        <w:tc>
          <w:tcPr>
            <w:tcW w:w="2179" w:type="dxa"/>
          </w:tcPr>
          <w:p w14:paraId="436359D7" w14:textId="77777777" w:rsidR="00A269AC" w:rsidRDefault="00000000">
            <w:r>
              <w:t>Unit 6: Natural disasters</w:t>
            </w:r>
          </w:p>
        </w:tc>
        <w:tc>
          <w:tcPr>
            <w:tcW w:w="1880" w:type="dxa"/>
          </w:tcPr>
          <w:p w14:paraId="557A5EC7" w14:textId="62DBC7F3" w:rsidR="00A269AC" w:rsidRDefault="006E345F">
            <w:r>
              <w:t>To d</w:t>
            </w:r>
            <w:r w:rsidR="00000000">
              <w:t>escribe news about natural disasters.</w:t>
            </w:r>
          </w:p>
        </w:tc>
        <w:tc>
          <w:tcPr>
            <w:tcW w:w="2711" w:type="dxa"/>
          </w:tcPr>
          <w:p w14:paraId="5C0F1A22" w14:textId="77777777" w:rsidR="00A269AC" w:rsidRDefault="00000000">
            <w:r>
              <w:t>TV bulletin simulation.</w:t>
            </w:r>
          </w:p>
          <w:p w14:paraId="5292D1AE" w14:textId="45A2C2E6" w:rsidR="006E345F" w:rsidRDefault="006E345F">
            <w:r w:rsidRPr="006E345F">
              <w:t>How to list: Create plans on how to act during or after a natural disaster. Present them in a TV bulletin.</w:t>
            </w:r>
          </w:p>
        </w:tc>
        <w:tc>
          <w:tcPr>
            <w:tcW w:w="2443" w:type="dxa"/>
          </w:tcPr>
          <w:p w14:paraId="26A8B6A4" w14:textId="77777777" w:rsidR="00A269AC" w:rsidRDefault="00000000">
            <w:r>
              <w:t>Disaster vocabulary.</w:t>
            </w:r>
            <w:r>
              <w:br/>
              <w:t>Past simple reporting.</w:t>
            </w:r>
          </w:p>
          <w:p w14:paraId="0E95F1C9" w14:textId="77777777" w:rsidR="00986059" w:rsidRDefault="00986059" w:rsidP="00986059">
            <w:r>
              <w:t>• An earthquake devastated the entire region of Xian Xu in China, a small province north of this country. Early reports show a high level of casualties and damages to properties.</w:t>
            </w:r>
          </w:p>
          <w:p w14:paraId="29695D2D" w14:textId="77777777" w:rsidR="00986059" w:rsidRDefault="00986059" w:rsidP="00986059">
            <w:r>
              <w:t>• A hurricane damaged a high school in Missouri. No casualties yet.</w:t>
            </w:r>
          </w:p>
          <w:p w14:paraId="6582F4CC" w14:textId="4A2840D1" w:rsidR="006E345F" w:rsidRDefault="00986059" w:rsidP="00986059">
            <w:r>
              <w:t>• Emergency workers rescued two injured hikers after a severe storm that left them stranded.</w:t>
            </w:r>
          </w:p>
        </w:tc>
      </w:tr>
      <w:tr w:rsidR="00A269AC" w14:paraId="4120BB8A" w14:textId="77777777" w:rsidTr="00B40A82">
        <w:trPr>
          <w:jc w:val="center"/>
        </w:trPr>
        <w:tc>
          <w:tcPr>
            <w:tcW w:w="975" w:type="dxa"/>
          </w:tcPr>
          <w:p w14:paraId="5D72050C" w14:textId="77777777" w:rsidR="00A269AC" w:rsidRDefault="00000000">
            <w:r>
              <w:t>17</w:t>
            </w:r>
          </w:p>
        </w:tc>
        <w:tc>
          <w:tcPr>
            <w:tcW w:w="2179" w:type="dxa"/>
          </w:tcPr>
          <w:p w14:paraId="3BB1621E" w14:textId="77777777" w:rsidR="00A269AC" w:rsidRDefault="00000000">
            <w:r>
              <w:t>Recycling Units 1–2</w:t>
            </w:r>
          </w:p>
          <w:p w14:paraId="7708F89A" w14:textId="77777777" w:rsidR="005A7392" w:rsidRDefault="005A7392"/>
          <w:p w14:paraId="7A387E63" w14:textId="2E3629E7" w:rsidR="005A7392" w:rsidRDefault="005A7392">
            <w:r w:rsidRPr="006F6D69">
              <w:rPr>
                <w:rFonts w:ascii="Arial" w:hAnsi="Arial" w:cs="Arial"/>
                <w:b/>
                <w:bCs/>
                <w:sz w:val="20"/>
                <w:szCs w:val="20"/>
              </w:rPr>
              <w:t>FINAL WRITING TASK (20 %)</w:t>
            </w:r>
          </w:p>
        </w:tc>
        <w:tc>
          <w:tcPr>
            <w:tcW w:w="1880" w:type="dxa"/>
          </w:tcPr>
          <w:p w14:paraId="6455A4C8" w14:textId="7100FA44" w:rsidR="00A269AC" w:rsidRDefault="00264035">
            <w:r>
              <w:t>To r</w:t>
            </w:r>
            <w:r w:rsidR="00000000">
              <w:t>einforce relationships and imaginary situations</w:t>
            </w:r>
            <w:r w:rsidR="00B41066">
              <w:t xml:space="preserve"> by discussing dilemmas.</w:t>
            </w:r>
          </w:p>
        </w:tc>
        <w:tc>
          <w:tcPr>
            <w:tcW w:w="2711" w:type="dxa"/>
          </w:tcPr>
          <w:p w14:paraId="449F8092" w14:textId="77777777" w:rsidR="00A269AC" w:rsidRDefault="00000000">
            <w:r>
              <w:t>Role play integration task.</w:t>
            </w:r>
          </w:p>
        </w:tc>
        <w:tc>
          <w:tcPr>
            <w:tcW w:w="2443" w:type="dxa"/>
          </w:tcPr>
          <w:p w14:paraId="36143ACE" w14:textId="77777777" w:rsidR="00A269AC" w:rsidRDefault="00000000">
            <w:r>
              <w:t>Conditionals.</w:t>
            </w:r>
            <w:r>
              <w:br/>
              <w:t>Relative clauses.</w:t>
            </w:r>
          </w:p>
        </w:tc>
      </w:tr>
      <w:tr w:rsidR="00A269AC" w14:paraId="3634C3F1" w14:textId="77777777" w:rsidTr="00B40A82">
        <w:trPr>
          <w:jc w:val="center"/>
        </w:trPr>
        <w:tc>
          <w:tcPr>
            <w:tcW w:w="975" w:type="dxa"/>
          </w:tcPr>
          <w:p w14:paraId="1FC77AA5" w14:textId="77777777" w:rsidR="00A269AC" w:rsidRDefault="00000000">
            <w:r>
              <w:t>18</w:t>
            </w:r>
          </w:p>
        </w:tc>
        <w:tc>
          <w:tcPr>
            <w:tcW w:w="2179" w:type="dxa"/>
          </w:tcPr>
          <w:p w14:paraId="42B8D9CB" w14:textId="77777777" w:rsidR="00A269AC" w:rsidRDefault="00000000">
            <w:r>
              <w:t>Recycling Unit 3</w:t>
            </w:r>
          </w:p>
        </w:tc>
        <w:tc>
          <w:tcPr>
            <w:tcW w:w="1880" w:type="dxa"/>
          </w:tcPr>
          <w:p w14:paraId="48881005" w14:textId="2B1742A6" w:rsidR="00A269AC" w:rsidRDefault="00B41066">
            <w:r>
              <w:t>To r</w:t>
            </w:r>
            <w:r w:rsidR="00000000">
              <w:t>einforce technology language</w:t>
            </w:r>
            <w:r>
              <w:t xml:space="preserve"> by describing technological </w:t>
            </w:r>
            <w:r>
              <w:lastRenderedPageBreak/>
              <w:t>advancements.</w:t>
            </w:r>
          </w:p>
        </w:tc>
        <w:tc>
          <w:tcPr>
            <w:tcW w:w="2711" w:type="dxa"/>
          </w:tcPr>
          <w:p w14:paraId="26DB7067" w14:textId="77777777" w:rsidR="00A269AC" w:rsidRDefault="00000000">
            <w:r>
              <w:lastRenderedPageBreak/>
              <w:t>Tech problem-solving debate.</w:t>
            </w:r>
          </w:p>
        </w:tc>
        <w:tc>
          <w:tcPr>
            <w:tcW w:w="2443" w:type="dxa"/>
          </w:tcPr>
          <w:p w14:paraId="4B73D810" w14:textId="77777777" w:rsidR="00A269AC" w:rsidRDefault="00000000">
            <w:r>
              <w:t>Embedded questions.</w:t>
            </w:r>
            <w:r>
              <w:br/>
              <w:t>Phrasal verbs.</w:t>
            </w:r>
          </w:p>
        </w:tc>
      </w:tr>
      <w:tr w:rsidR="00A269AC" w14:paraId="233EC0E3" w14:textId="77777777" w:rsidTr="00B40A82">
        <w:trPr>
          <w:jc w:val="center"/>
        </w:trPr>
        <w:tc>
          <w:tcPr>
            <w:tcW w:w="975" w:type="dxa"/>
          </w:tcPr>
          <w:p w14:paraId="214DBE22" w14:textId="77777777" w:rsidR="00A269AC" w:rsidRDefault="00000000">
            <w:r>
              <w:t>19</w:t>
            </w:r>
          </w:p>
        </w:tc>
        <w:tc>
          <w:tcPr>
            <w:tcW w:w="2179" w:type="dxa"/>
          </w:tcPr>
          <w:p w14:paraId="3E83E010" w14:textId="77777777" w:rsidR="00A269AC" w:rsidRDefault="00000000">
            <w:r>
              <w:t>Recycling Unit 4</w:t>
            </w:r>
          </w:p>
        </w:tc>
        <w:tc>
          <w:tcPr>
            <w:tcW w:w="1880" w:type="dxa"/>
          </w:tcPr>
          <w:p w14:paraId="6437AB1D" w14:textId="76CA24FC" w:rsidR="00A269AC" w:rsidRDefault="00B41066">
            <w:r>
              <w:t>To r</w:t>
            </w:r>
            <w:r w:rsidR="00000000">
              <w:t>einforce media reporting</w:t>
            </w:r>
            <w:r>
              <w:t xml:space="preserve"> by describing a movie plot</w:t>
            </w:r>
            <w:r w:rsidR="00000000">
              <w:t>.</w:t>
            </w:r>
          </w:p>
        </w:tc>
        <w:tc>
          <w:tcPr>
            <w:tcW w:w="2711" w:type="dxa"/>
          </w:tcPr>
          <w:p w14:paraId="46AC678E" w14:textId="77777777" w:rsidR="00A269AC" w:rsidRDefault="00000000">
            <w:r>
              <w:t>Movie + music review comparison.</w:t>
            </w:r>
          </w:p>
        </w:tc>
        <w:tc>
          <w:tcPr>
            <w:tcW w:w="2443" w:type="dxa"/>
          </w:tcPr>
          <w:p w14:paraId="5F0D7B44" w14:textId="77777777" w:rsidR="00A269AC" w:rsidRDefault="00000000">
            <w:r>
              <w:t>Descriptive review language.</w:t>
            </w:r>
          </w:p>
        </w:tc>
      </w:tr>
      <w:tr w:rsidR="00A269AC" w14:paraId="5ADCA5F5" w14:textId="77777777" w:rsidTr="00B40A82">
        <w:trPr>
          <w:jc w:val="center"/>
        </w:trPr>
        <w:tc>
          <w:tcPr>
            <w:tcW w:w="975" w:type="dxa"/>
          </w:tcPr>
          <w:p w14:paraId="397A8E7F" w14:textId="77777777" w:rsidR="00A269AC" w:rsidRDefault="00000000">
            <w:r>
              <w:t>20</w:t>
            </w:r>
          </w:p>
        </w:tc>
        <w:tc>
          <w:tcPr>
            <w:tcW w:w="2179" w:type="dxa"/>
          </w:tcPr>
          <w:p w14:paraId="2DB9634C" w14:textId="77777777" w:rsidR="00A269AC" w:rsidRDefault="00000000">
            <w:r>
              <w:t>Recycling Unit 5</w:t>
            </w:r>
          </w:p>
        </w:tc>
        <w:tc>
          <w:tcPr>
            <w:tcW w:w="1880" w:type="dxa"/>
          </w:tcPr>
          <w:p w14:paraId="3C232730" w14:textId="58717BBA" w:rsidR="00A269AC" w:rsidRDefault="00B41066">
            <w:r>
              <w:t>To r</w:t>
            </w:r>
            <w:r w:rsidR="00000000">
              <w:t>einforce speculation and impressions</w:t>
            </w:r>
            <w:r>
              <w:t xml:space="preserve"> by narrating some satirical news and their impact in society</w:t>
            </w:r>
          </w:p>
        </w:tc>
        <w:tc>
          <w:tcPr>
            <w:tcW w:w="2711" w:type="dxa"/>
          </w:tcPr>
          <w:p w14:paraId="2BA32857" w14:textId="77777777" w:rsidR="00A269AC" w:rsidRDefault="00000000">
            <w:r>
              <w:t>Community case analysis task.</w:t>
            </w:r>
          </w:p>
        </w:tc>
        <w:tc>
          <w:tcPr>
            <w:tcW w:w="2443" w:type="dxa"/>
          </w:tcPr>
          <w:p w14:paraId="2D4F6B85" w14:textId="77777777" w:rsidR="00A269AC" w:rsidRDefault="00000000">
            <w:r>
              <w:t>Must/might.</w:t>
            </w:r>
            <w:r>
              <w:br/>
              <w:t>Opinion structures.</w:t>
            </w:r>
          </w:p>
        </w:tc>
      </w:tr>
      <w:tr w:rsidR="00B41066" w14:paraId="59AEB88D" w14:textId="77777777" w:rsidTr="00F2712D">
        <w:trPr>
          <w:trHeight w:val="2180"/>
          <w:jc w:val="center"/>
        </w:trPr>
        <w:tc>
          <w:tcPr>
            <w:tcW w:w="975" w:type="dxa"/>
          </w:tcPr>
          <w:p w14:paraId="004A01BA" w14:textId="77777777" w:rsidR="00B41066" w:rsidRDefault="00B41066">
            <w:r>
              <w:t>21</w:t>
            </w:r>
          </w:p>
          <w:p w14:paraId="5DD77D45" w14:textId="3230E2C9" w:rsidR="00B41066" w:rsidRDefault="00B41066" w:rsidP="00971BD4">
            <w:r>
              <w:t>22 (1 hour)</w:t>
            </w:r>
          </w:p>
        </w:tc>
        <w:tc>
          <w:tcPr>
            <w:tcW w:w="2179" w:type="dxa"/>
          </w:tcPr>
          <w:p w14:paraId="0582F61C" w14:textId="77777777" w:rsidR="00B41066" w:rsidRDefault="00B41066">
            <w:r>
              <w:t>Integrated Final Review</w:t>
            </w:r>
          </w:p>
          <w:p w14:paraId="3E3A8F1E" w14:textId="77777777" w:rsidR="00B41066" w:rsidRDefault="00B41066" w:rsidP="00A06A6D">
            <w:r>
              <w:t>Final Assessment</w:t>
            </w:r>
          </w:p>
          <w:p w14:paraId="2EEDB508" w14:textId="67913914" w:rsidR="005A7392" w:rsidRDefault="005A7392" w:rsidP="00A06A6D">
            <w:r w:rsidRPr="006F6D69">
              <w:rPr>
                <w:rFonts w:ascii="Arial" w:hAnsi="Arial" w:cs="Arial"/>
                <w:b/>
                <w:bCs/>
                <w:sz w:val="20"/>
                <w:szCs w:val="20"/>
              </w:rPr>
              <w:t>FINAL ORAL TASK (20 %)</w:t>
            </w:r>
          </w:p>
        </w:tc>
        <w:tc>
          <w:tcPr>
            <w:tcW w:w="1880" w:type="dxa"/>
          </w:tcPr>
          <w:p w14:paraId="0D3E3E9C" w14:textId="77777777" w:rsidR="00B41066" w:rsidRDefault="00B41066">
            <w:r>
              <w:t>To integrate course content.</w:t>
            </w:r>
          </w:p>
          <w:p w14:paraId="7046BC22" w14:textId="27F492E2" w:rsidR="00B41066" w:rsidRDefault="00B41066" w:rsidP="00A4696E">
            <w:r>
              <w:t>Demonstrate achievement of learning outcomes.</w:t>
            </w:r>
          </w:p>
        </w:tc>
        <w:tc>
          <w:tcPr>
            <w:tcW w:w="2711" w:type="dxa"/>
          </w:tcPr>
          <w:p w14:paraId="07EDAF1F" w14:textId="77777777" w:rsidR="00B41066" w:rsidRDefault="00B41066">
            <w:r>
              <w:t>Mock speaking and writing simulation.</w:t>
            </w:r>
          </w:p>
          <w:p w14:paraId="64AC6873" w14:textId="4463DCD4" w:rsidR="00B41066" w:rsidRDefault="00B41066" w:rsidP="00160AD6">
            <w:r>
              <w:t>Final oral and/or written task.</w:t>
            </w:r>
          </w:p>
        </w:tc>
        <w:tc>
          <w:tcPr>
            <w:tcW w:w="2443" w:type="dxa"/>
          </w:tcPr>
          <w:p w14:paraId="67736901" w14:textId="77777777" w:rsidR="00B41066" w:rsidRDefault="00B41066">
            <w:r>
              <w:t>Mixed grammar and functional review.</w:t>
            </w:r>
          </w:p>
          <w:p w14:paraId="452FE69C" w14:textId="51903C6E" w:rsidR="00B41066" w:rsidRDefault="00B41066" w:rsidP="00F2712D">
            <w:r>
              <w:t>Integrated functional language.</w:t>
            </w:r>
          </w:p>
        </w:tc>
      </w:tr>
    </w:tbl>
    <w:p w14:paraId="6D9C2C87" w14:textId="5EE51B88" w:rsidR="00D27729" w:rsidRDefault="00D27729"/>
    <w:p w14:paraId="165E2286" w14:textId="77777777" w:rsidR="00D27729" w:rsidRDefault="00D27729">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843"/>
        <w:gridCol w:w="3873"/>
      </w:tblGrid>
      <w:tr w:rsidR="009E6C97" w:rsidRPr="006F6D69" w14:paraId="1BB0EEF4" w14:textId="77777777" w:rsidTr="002A174B">
        <w:trPr>
          <w:jc w:val="center"/>
        </w:trPr>
        <w:tc>
          <w:tcPr>
            <w:tcW w:w="4248" w:type="dxa"/>
          </w:tcPr>
          <w:p w14:paraId="6F149D55" w14:textId="77777777" w:rsidR="009E6C97" w:rsidRPr="006F6D69" w:rsidRDefault="009E6C97" w:rsidP="002A174B">
            <w:pPr>
              <w:spacing w:line="360" w:lineRule="auto"/>
              <w:jc w:val="center"/>
              <w:rPr>
                <w:rFonts w:ascii="Arial" w:hAnsi="Arial" w:cs="Arial"/>
                <w:b/>
                <w:sz w:val="20"/>
                <w:szCs w:val="20"/>
              </w:rPr>
            </w:pPr>
            <w:r>
              <w:rPr>
                <w:rFonts w:ascii="Arial" w:hAnsi="Arial" w:cs="Arial"/>
                <w:b/>
                <w:sz w:val="20"/>
                <w:szCs w:val="20"/>
              </w:rPr>
              <w:lastRenderedPageBreak/>
              <w:t>Evaluation</w:t>
            </w:r>
            <w:r w:rsidRPr="006F6D69">
              <w:rPr>
                <w:rFonts w:ascii="Arial" w:hAnsi="Arial" w:cs="Arial"/>
                <w:b/>
                <w:sz w:val="20"/>
                <w:szCs w:val="20"/>
              </w:rPr>
              <w:t xml:space="preserve"> </w:t>
            </w:r>
          </w:p>
        </w:tc>
        <w:tc>
          <w:tcPr>
            <w:tcW w:w="1843" w:type="dxa"/>
          </w:tcPr>
          <w:p w14:paraId="04E4ACD6" w14:textId="77777777" w:rsidR="009E6C97" w:rsidRPr="006F6D69" w:rsidRDefault="009E6C97" w:rsidP="002A174B">
            <w:pPr>
              <w:spacing w:line="360" w:lineRule="auto"/>
              <w:jc w:val="center"/>
              <w:rPr>
                <w:rFonts w:ascii="Arial" w:hAnsi="Arial" w:cs="Arial"/>
                <w:b/>
                <w:sz w:val="20"/>
                <w:szCs w:val="20"/>
              </w:rPr>
            </w:pPr>
            <w:r>
              <w:rPr>
                <w:rFonts w:ascii="Arial" w:hAnsi="Arial" w:cs="Arial"/>
                <w:b/>
                <w:sz w:val="20"/>
                <w:szCs w:val="20"/>
              </w:rPr>
              <w:t>Percentage</w:t>
            </w:r>
            <w:r w:rsidRPr="006F6D69">
              <w:rPr>
                <w:rFonts w:ascii="Arial" w:hAnsi="Arial" w:cs="Arial"/>
                <w:b/>
                <w:sz w:val="20"/>
                <w:szCs w:val="20"/>
              </w:rPr>
              <w:t xml:space="preserve"> (%)</w:t>
            </w:r>
          </w:p>
        </w:tc>
        <w:tc>
          <w:tcPr>
            <w:tcW w:w="3873" w:type="dxa"/>
          </w:tcPr>
          <w:p w14:paraId="53C73108" w14:textId="77777777" w:rsidR="009E6C97" w:rsidRPr="006F6D69" w:rsidRDefault="009E6C97" w:rsidP="002A174B">
            <w:pPr>
              <w:spacing w:line="360" w:lineRule="auto"/>
              <w:jc w:val="center"/>
              <w:rPr>
                <w:rFonts w:ascii="Arial" w:hAnsi="Arial" w:cs="Arial"/>
                <w:b/>
                <w:sz w:val="20"/>
                <w:szCs w:val="20"/>
              </w:rPr>
            </w:pPr>
            <w:r w:rsidRPr="006F6D69">
              <w:rPr>
                <w:rFonts w:ascii="Arial" w:hAnsi="Arial" w:cs="Arial"/>
                <w:b/>
                <w:sz w:val="20"/>
                <w:szCs w:val="20"/>
              </w:rPr>
              <w:t>Ses</w:t>
            </w:r>
            <w:r>
              <w:rPr>
                <w:rFonts w:ascii="Arial" w:hAnsi="Arial" w:cs="Arial"/>
                <w:b/>
                <w:sz w:val="20"/>
                <w:szCs w:val="20"/>
              </w:rPr>
              <w:t>sion</w:t>
            </w:r>
          </w:p>
        </w:tc>
      </w:tr>
      <w:tr w:rsidR="009E6C97" w:rsidRPr="006F6D69" w14:paraId="3680020F" w14:textId="77777777" w:rsidTr="002A174B">
        <w:trPr>
          <w:jc w:val="center"/>
        </w:trPr>
        <w:tc>
          <w:tcPr>
            <w:tcW w:w="4248" w:type="dxa"/>
            <w:vAlign w:val="center"/>
          </w:tcPr>
          <w:p w14:paraId="6DCBC175" w14:textId="77777777" w:rsidR="009E6C97" w:rsidRPr="006F6D69" w:rsidRDefault="009E6C97" w:rsidP="002A174B">
            <w:pPr>
              <w:spacing w:line="360" w:lineRule="auto"/>
              <w:rPr>
                <w:rFonts w:ascii="Arial" w:hAnsi="Arial" w:cs="Arial"/>
                <w:sz w:val="20"/>
                <w:szCs w:val="20"/>
              </w:rPr>
            </w:pPr>
            <w:r>
              <w:rPr>
                <w:rFonts w:ascii="Arial" w:hAnsi="Arial" w:cs="Arial"/>
                <w:sz w:val="20"/>
                <w:szCs w:val="20"/>
              </w:rPr>
              <w:t>Midterm Writing Task</w:t>
            </w:r>
          </w:p>
        </w:tc>
        <w:tc>
          <w:tcPr>
            <w:tcW w:w="1843" w:type="dxa"/>
            <w:vAlign w:val="center"/>
          </w:tcPr>
          <w:p w14:paraId="3CC995E6" w14:textId="77777777" w:rsidR="009E6C97" w:rsidRPr="006F6D69" w:rsidRDefault="009E6C97" w:rsidP="002A174B">
            <w:pPr>
              <w:spacing w:line="360" w:lineRule="auto"/>
              <w:jc w:val="center"/>
              <w:rPr>
                <w:rFonts w:ascii="Arial" w:hAnsi="Arial" w:cs="Arial"/>
                <w:sz w:val="20"/>
                <w:szCs w:val="20"/>
              </w:rPr>
            </w:pPr>
            <w:r w:rsidRPr="006F6D69">
              <w:rPr>
                <w:rFonts w:ascii="Arial" w:hAnsi="Arial" w:cs="Arial"/>
                <w:sz w:val="20"/>
                <w:szCs w:val="20"/>
                <w:lang w:val="es"/>
              </w:rPr>
              <w:t>20%</w:t>
            </w:r>
          </w:p>
        </w:tc>
        <w:tc>
          <w:tcPr>
            <w:tcW w:w="3873" w:type="dxa"/>
            <w:vAlign w:val="center"/>
          </w:tcPr>
          <w:p w14:paraId="1C885DB7" w14:textId="77777777" w:rsidR="009E6C97" w:rsidRPr="00E06776" w:rsidRDefault="009E6C97" w:rsidP="002A174B">
            <w:pPr>
              <w:spacing w:line="360" w:lineRule="auto"/>
              <w:jc w:val="center"/>
              <w:rPr>
                <w:rFonts w:ascii="Arial" w:hAnsi="Arial" w:cs="Arial"/>
                <w:bCs/>
                <w:sz w:val="20"/>
                <w:szCs w:val="20"/>
              </w:rPr>
            </w:pPr>
            <w:r w:rsidRPr="00E06776">
              <w:rPr>
                <w:rFonts w:ascii="Arial" w:hAnsi="Arial" w:cs="Arial"/>
                <w:bCs/>
                <w:sz w:val="20"/>
                <w:szCs w:val="20"/>
              </w:rPr>
              <w:t>Session 5</w:t>
            </w:r>
          </w:p>
        </w:tc>
      </w:tr>
      <w:tr w:rsidR="009E6C97" w:rsidRPr="006F6D69" w14:paraId="5315E668" w14:textId="77777777" w:rsidTr="002A174B">
        <w:trPr>
          <w:jc w:val="center"/>
        </w:trPr>
        <w:tc>
          <w:tcPr>
            <w:tcW w:w="4248" w:type="dxa"/>
            <w:vAlign w:val="center"/>
          </w:tcPr>
          <w:p w14:paraId="67DBC559" w14:textId="77777777" w:rsidR="009E6C97" w:rsidRPr="006F6D69" w:rsidRDefault="009E6C97" w:rsidP="002A174B">
            <w:pPr>
              <w:spacing w:line="360" w:lineRule="auto"/>
              <w:rPr>
                <w:rFonts w:ascii="Arial" w:hAnsi="Arial" w:cs="Arial"/>
                <w:sz w:val="20"/>
                <w:szCs w:val="20"/>
              </w:rPr>
            </w:pPr>
            <w:r>
              <w:rPr>
                <w:rFonts w:ascii="Arial" w:hAnsi="Arial" w:cs="Arial"/>
                <w:sz w:val="20"/>
                <w:szCs w:val="20"/>
                <w:lang w:val="es"/>
              </w:rPr>
              <w:t>Midterm Oral Task</w:t>
            </w:r>
          </w:p>
        </w:tc>
        <w:tc>
          <w:tcPr>
            <w:tcW w:w="1843" w:type="dxa"/>
            <w:vAlign w:val="center"/>
          </w:tcPr>
          <w:p w14:paraId="752EE79B" w14:textId="77777777" w:rsidR="009E6C97" w:rsidRPr="006F6D69" w:rsidRDefault="009E6C97" w:rsidP="002A174B">
            <w:pPr>
              <w:spacing w:line="360" w:lineRule="auto"/>
              <w:jc w:val="center"/>
              <w:rPr>
                <w:rFonts w:ascii="Arial" w:hAnsi="Arial" w:cs="Arial"/>
                <w:sz w:val="20"/>
                <w:szCs w:val="20"/>
              </w:rPr>
            </w:pPr>
            <w:r w:rsidRPr="006F6D69">
              <w:rPr>
                <w:rFonts w:ascii="Arial" w:hAnsi="Arial" w:cs="Arial"/>
                <w:sz w:val="20"/>
                <w:szCs w:val="20"/>
                <w:lang w:val="es"/>
              </w:rPr>
              <w:t>20%</w:t>
            </w:r>
          </w:p>
        </w:tc>
        <w:tc>
          <w:tcPr>
            <w:tcW w:w="3873" w:type="dxa"/>
            <w:vAlign w:val="center"/>
          </w:tcPr>
          <w:p w14:paraId="23782450" w14:textId="77777777" w:rsidR="009E6C97" w:rsidRPr="00E06776" w:rsidRDefault="009E6C97" w:rsidP="002A174B">
            <w:pPr>
              <w:spacing w:line="360" w:lineRule="auto"/>
              <w:jc w:val="center"/>
              <w:rPr>
                <w:rFonts w:ascii="Arial" w:hAnsi="Arial" w:cs="Arial"/>
                <w:bCs/>
                <w:sz w:val="20"/>
                <w:szCs w:val="20"/>
              </w:rPr>
            </w:pPr>
            <w:r w:rsidRPr="00E06776">
              <w:rPr>
                <w:rFonts w:ascii="Arial" w:hAnsi="Arial" w:cs="Arial"/>
                <w:bCs/>
                <w:sz w:val="20"/>
                <w:szCs w:val="20"/>
              </w:rPr>
              <w:t>Session 8</w:t>
            </w:r>
          </w:p>
        </w:tc>
      </w:tr>
      <w:tr w:rsidR="009E6C97" w:rsidRPr="006F6D69" w14:paraId="31698C26" w14:textId="77777777" w:rsidTr="002A174B">
        <w:trPr>
          <w:jc w:val="center"/>
        </w:trPr>
        <w:tc>
          <w:tcPr>
            <w:tcW w:w="4248" w:type="dxa"/>
            <w:vAlign w:val="center"/>
          </w:tcPr>
          <w:p w14:paraId="0A34F95A" w14:textId="77777777" w:rsidR="009E6C97" w:rsidRPr="006F6D69" w:rsidRDefault="009E6C97" w:rsidP="002A174B">
            <w:pPr>
              <w:spacing w:line="360" w:lineRule="auto"/>
              <w:rPr>
                <w:rFonts w:ascii="Arial" w:hAnsi="Arial" w:cs="Arial"/>
                <w:sz w:val="20"/>
                <w:szCs w:val="20"/>
              </w:rPr>
            </w:pPr>
            <w:r>
              <w:rPr>
                <w:rFonts w:ascii="Arial" w:hAnsi="Arial" w:cs="Arial"/>
                <w:sz w:val="20"/>
                <w:szCs w:val="20"/>
              </w:rPr>
              <w:t>Integrated Task</w:t>
            </w:r>
          </w:p>
        </w:tc>
        <w:tc>
          <w:tcPr>
            <w:tcW w:w="1843" w:type="dxa"/>
            <w:vAlign w:val="center"/>
          </w:tcPr>
          <w:p w14:paraId="2D4EB5CE" w14:textId="77777777" w:rsidR="009E6C97" w:rsidRPr="006F6D69" w:rsidRDefault="009E6C97" w:rsidP="002A174B">
            <w:pPr>
              <w:spacing w:line="360" w:lineRule="auto"/>
              <w:jc w:val="center"/>
              <w:rPr>
                <w:rFonts w:ascii="Arial" w:hAnsi="Arial" w:cs="Arial"/>
                <w:sz w:val="20"/>
                <w:szCs w:val="20"/>
              </w:rPr>
            </w:pPr>
            <w:r w:rsidRPr="006F6D69">
              <w:rPr>
                <w:rFonts w:ascii="Arial" w:hAnsi="Arial" w:cs="Arial"/>
                <w:sz w:val="20"/>
                <w:szCs w:val="20"/>
                <w:lang w:val="es"/>
              </w:rPr>
              <w:t>20%</w:t>
            </w:r>
          </w:p>
        </w:tc>
        <w:tc>
          <w:tcPr>
            <w:tcW w:w="3873" w:type="dxa"/>
            <w:vAlign w:val="center"/>
          </w:tcPr>
          <w:p w14:paraId="3FA17DF2" w14:textId="77777777" w:rsidR="009E6C97" w:rsidRPr="00E06776" w:rsidRDefault="009E6C97" w:rsidP="002A174B">
            <w:pPr>
              <w:spacing w:line="360" w:lineRule="auto"/>
              <w:jc w:val="center"/>
              <w:rPr>
                <w:rFonts w:ascii="Arial" w:hAnsi="Arial" w:cs="Arial"/>
                <w:bCs/>
                <w:sz w:val="20"/>
                <w:szCs w:val="20"/>
              </w:rPr>
            </w:pPr>
            <w:r w:rsidRPr="00E06776">
              <w:rPr>
                <w:rFonts w:ascii="Arial" w:hAnsi="Arial" w:cs="Arial"/>
                <w:bCs/>
                <w:sz w:val="20"/>
                <w:szCs w:val="20"/>
              </w:rPr>
              <w:t>Session 13</w:t>
            </w:r>
          </w:p>
        </w:tc>
      </w:tr>
      <w:tr w:rsidR="009E6C97" w:rsidRPr="006F6D69" w14:paraId="1A8F8BD6" w14:textId="77777777" w:rsidTr="002A174B">
        <w:trPr>
          <w:jc w:val="center"/>
        </w:trPr>
        <w:tc>
          <w:tcPr>
            <w:tcW w:w="4248" w:type="dxa"/>
            <w:vAlign w:val="center"/>
          </w:tcPr>
          <w:p w14:paraId="39326279" w14:textId="77777777" w:rsidR="009E6C97" w:rsidRPr="006F6D69" w:rsidRDefault="009E6C97" w:rsidP="002A174B">
            <w:pPr>
              <w:spacing w:line="360" w:lineRule="auto"/>
              <w:rPr>
                <w:rFonts w:ascii="Arial" w:hAnsi="Arial" w:cs="Arial"/>
                <w:sz w:val="20"/>
                <w:szCs w:val="20"/>
              </w:rPr>
            </w:pPr>
            <w:r>
              <w:rPr>
                <w:rFonts w:ascii="Arial" w:hAnsi="Arial" w:cs="Arial"/>
                <w:sz w:val="20"/>
                <w:szCs w:val="20"/>
                <w:lang w:val="es"/>
              </w:rPr>
              <w:t>Final Writing Task</w:t>
            </w:r>
          </w:p>
        </w:tc>
        <w:tc>
          <w:tcPr>
            <w:tcW w:w="1843" w:type="dxa"/>
            <w:vAlign w:val="center"/>
          </w:tcPr>
          <w:p w14:paraId="5CF89F89" w14:textId="77777777" w:rsidR="009E6C97" w:rsidRPr="006F6D69" w:rsidRDefault="009E6C97" w:rsidP="002A174B">
            <w:pPr>
              <w:spacing w:line="360" w:lineRule="auto"/>
              <w:jc w:val="center"/>
              <w:rPr>
                <w:rFonts w:ascii="Arial" w:hAnsi="Arial" w:cs="Arial"/>
                <w:sz w:val="20"/>
                <w:szCs w:val="20"/>
              </w:rPr>
            </w:pPr>
            <w:r w:rsidRPr="006F6D69">
              <w:rPr>
                <w:rFonts w:ascii="Arial" w:hAnsi="Arial" w:cs="Arial"/>
                <w:sz w:val="20"/>
                <w:szCs w:val="20"/>
                <w:lang w:val="es"/>
              </w:rPr>
              <w:t>20%</w:t>
            </w:r>
          </w:p>
        </w:tc>
        <w:tc>
          <w:tcPr>
            <w:tcW w:w="3873" w:type="dxa"/>
            <w:vAlign w:val="center"/>
          </w:tcPr>
          <w:p w14:paraId="490D33F8" w14:textId="77777777" w:rsidR="009E6C97" w:rsidRPr="00E06776" w:rsidRDefault="009E6C97" w:rsidP="002A174B">
            <w:pPr>
              <w:spacing w:line="360" w:lineRule="auto"/>
              <w:jc w:val="center"/>
              <w:rPr>
                <w:rFonts w:ascii="Arial" w:hAnsi="Arial" w:cs="Arial"/>
                <w:bCs/>
                <w:sz w:val="20"/>
                <w:szCs w:val="20"/>
              </w:rPr>
            </w:pPr>
            <w:r w:rsidRPr="00E06776">
              <w:rPr>
                <w:rFonts w:ascii="Arial" w:hAnsi="Arial" w:cs="Arial"/>
                <w:bCs/>
                <w:sz w:val="20"/>
                <w:szCs w:val="20"/>
              </w:rPr>
              <w:t>Session 17</w:t>
            </w:r>
          </w:p>
        </w:tc>
      </w:tr>
      <w:tr w:rsidR="009E6C97" w:rsidRPr="006F6D69" w14:paraId="1D54FD40" w14:textId="77777777" w:rsidTr="002A174B">
        <w:trPr>
          <w:jc w:val="center"/>
        </w:trPr>
        <w:tc>
          <w:tcPr>
            <w:tcW w:w="4248" w:type="dxa"/>
            <w:vAlign w:val="center"/>
          </w:tcPr>
          <w:p w14:paraId="0FF442F3" w14:textId="77777777" w:rsidR="009E6C97" w:rsidRPr="006F6D69" w:rsidRDefault="009E6C97" w:rsidP="002A174B">
            <w:pPr>
              <w:spacing w:line="360" w:lineRule="auto"/>
              <w:rPr>
                <w:rFonts w:ascii="Arial" w:hAnsi="Arial" w:cs="Arial"/>
                <w:sz w:val="20"/>
                <w:szCs w:val="20"/>
              </w:rPr>
            </w:pPr>
            <w:r>
              <w:rPr>
                <w:rFonts w:ascii="Arial" w:hAnsi="Arial" w:cs="Arial"/>
                <w:sz w:val="20"/>
                <w:szCs w:val="20"/>
                <w:lang w:val="es"/>
              </w:rPr>
              <w:t>Final Oral Task</w:t>
            </w:r>
          </w:p>
        </w:tc>
        <w:tc>
          <w:tcPr>
            <w:tcW w:w="1843" w:type="dxa"/>
            <w:vAlign w:val="center"/>
          </w:tcPr>
          <w:p w14:paraId="28B90C37" w14:textId="77777777" w:rsidR="009E6C97" w:rsidRPr="006F6D69" w:rsidRDefault="009E6C97" w:rsidP="002A174B">
            <w:pPr>
              <w:spacing w:line="360" w:lineRule="auto"/>
              <w:jc w:val="center"/>
              <w:rPr>
                <w:rFonts w:ascii="Arial" w:hAnsi="Arial" w:cs="Arial"/>
                <w:sz w:val="20"/>
                <w:szCs w:val="20"/>
              </w:rPr>
            </w:pPr>
            <w:r w:rsidRPr="006F6D69">
              <w:rPr>
                <w:rFonts w:ascii="Arial" w:hAnsi="Arial" w:cs="Arial"/>
                <w:sz w:val="20"/>
                <w:szCs w:val="20"/>
                <w:lang w:val="es"/>
              </w:rPr>
              <w:t>20%</w:t>
            </w:r>
          </w:p>
        </w:tc>
        <w:tc>
          <w:tcPr>
            <w:tcW w:w="3873" w:type="dxa"/>
            <w:vAlign w:val="center"/>
          </w:tcPr>
          <w:p w14:paraId="5E166CB3" w14:textId="77777777" w:rsidR="009E6C97" w:rsidRPr="00E06776" w:rsidRDefault="009E6C97" w:rsidP="002A174B">
            <w:pPr>
              <w:spacing w:line="360" w:lineRule="auto"/>
              <w:jc w:val="center"/>
              <w:rPr>
                <w:rFonts w:ascii="Arial" w:hAnsi="Arial" w:cs="Arial"/>
                <w:bCs/>
                <w:sz w:val="20"/>
                <w:szCs w:val="20"/>
              </w:rPr>
            </w:pPr>
            <w:r w:rsidRPr="00E06776">
              <w:rPr>
                <w:rFonts w:ascii="Arial" w:hAnsi="Arial" w:cs="Arial"/>
                <w:bCs/>
                <w:sz w:val="20"/>
                <w:szCs w:val="20"/>
              </w:rPr>
              <w:t>Session 21</w:t>
            </w:r>
          </w:p>
        </w:tc>
      </w:tr>
    </w:tbl>
    <w:p w14:paraId="60843B24" w14:textId="77777777" w:rsidR="009E6C97" w:rsidRPr="006F6D69" w:rsidRDefault="009E6C97" w:rsidP="009E6C97">
      <w:pPr>
        <w:rPr>
          <w:rFonts w:ascii="Arial" w:hAnsi="Arial" w:cs="Arial"/>
          <w:b/>
          <w:bCs/>
          <w:sz w:val="20"/>
          <w:szCs w:val="20"/>
          <w:lang w:val="es-CO"/>
        </w:rPr>
      </w:pPr>
    </w:p>
    <w:p w14:paraId="4BDDCB70" w14:textId="77777777" w:rsidR="009E6C97" w:rsidRPr="00FA05CB" w:rsidRDefault="009E6C97" w:rsidP="009E6C97">
      <w:pPr>
        <w:rPr>
          <w:rFonts w:ascii="Arial" w:hAnsi="Arial" w:cs="Arial"/>
          <w:sz w:val="20"/>
          <w:szCs w:val="20"/>
          <w:lang w:val="es-CO"/>
        </w:rPr>
      </w:pPr>
      <w:r w:rsidRPr="00FA05CB">
        <w:rPr>
          <w:rFonts w:ascii="Arial" w:hAnsi="Arial" w:cs="Arial"/>
          <w:b/>
          <w:bCs/>
          <w:sz w:val="20"/>
          <w:szCs w:val="20"/>
          <w:lang w:val="es-CO"/>
        </w:rPr>
        <w:t xml:space="preserve">TBL Cycle </w:t>
      </w:r>
    </w:p>
    <w:p w14:paraId="16D26F17" w14:textId="77777777" w:rsidR="009E6C97" w:rsidRPr="00FA05CB" w:rsidRDefault="009E6C97" w:rsidP="009E6C97">
      <w:pPr>
        <w:rPr>
          <w:rFonts w:ascii="Arial" w:hAnsi="Arial" w:cs="Arial"/>
          <w:sz w:val="20"/>
          <w:szCs w:val="20"/>
          <w:lang w:val="es-CO"/>
        </w:rPr>
      </w:pPr>
      <w:r w:rsidRPr="00FA05CB">
        <w:rPr>
          <w:rFonts w:ascii="Arial" w:hAnsi="Arial" w:cs="Arial"/>
          <w:b/>
          <w:bCs/>
          <w:sz w:val="20"/>
          <w:szCs w:val="20"/>
          <w:lang w:val="es-CO"/>
        </w:rPr>
        <w:t xml:space="preserve">SESSION 1 </w:t>
      </w:r>
    </w:p>
    <w:p w14:paraId="21FC924F" w14:textId="77777777" w:rsidR="009E6C97" w:rsidRPr="00FA05CB" w:rsidRDefault="009E6C97" w:rsidP="009E6C97">
      <w:pPr>
        <w:rPr>
          <w:rFonts w:ascii="Arial" w:hAnsi="Arial" w:cs="Arial"/>
          <w:sz w:val="20"/>
          <w:szCs w:val="20"/>
          <w:lang w:val="es-CO"/>
        </w:rPr>
      </w:pPr>
      <w:r w:rsidRPr="00FA05CB">
        <w:rPr>
          <w:rFonts w:ascii="Arial" w:hAnsi="Arial" w:cs="Arial"/>
          <w:b/>
          <w:bCs/>
          <w:sz w:val="20"/>
          <w:szCs w:val="20"/>
          <w:lang w:val="es-CO"/>
        </w:rPr>
        <w:t xml:space="preserve">Pre-task </w:t>
      </w:r>
    </w:p>
    <w:p w14:paraId="7185A914"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1. Classroom agenda: must explain the task, the purpose of the task and the classroom activities to be developed to reach that task. </w:t>
      </w:r>
    </w:p>
    <w:p w14:paraId="2FB44FF0"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2. Background knowledge activities: dictations, Kahoot, hang man, word games, etc. </w:t>
      </w:r>
    </w:p>
    <w:p w14:paraId="336B84C7" w14:textId="77777777" w:rsidR="009E6C97" w:rsidRPr="00E06776" w:rsidRDefault="009E6C97" w:rsidP="009E6C97">
      <w:pPr>
        <w:rPr>
          <w:rFonts w:ascii="Arial" w:hAnsi="Arial" w:cs="Arial"/>
          <w:sz w:val="20"/>
          <w:szCs w:val="20"/>
        </w:rPr>
      </w:pPr>
    </w:p>
    <w:p w14:paraId="3ED190EC"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3. Model of the task: </w:t>
      </w:r>
    </w:p>
    <w:p w14:paraId="08B18448"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 present students with one or several models of the type of texts they will produce (oral or written) </w:t>
      </w:r>
    </w:p>
    <w:p w14:paraId="1D2C69C4"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 provide students with classroom activities (emphasis on input skills) </w:t>
      </w:r>
    </w:p>
    <w:p w14:paraId="4BE2531A"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4. Instructions to develop the task: </w:t>
      </w:r>
    </w:p>
    <w:p w14:paraId="449AF08D"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 explanation of the prompt </w:t>
      </w:r>
    </w:p>
    <w:p w14:paraId="070B1E7A"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 material needed to develop the task </w:t>
      </w:r>
    </w:p>
    <w:p w14:paraId="509CEC36" w14:textId="77777777" w:rsidR="009E6C97" w:rsidRPr="00E06776" w:rsidRDefault="009E6C97" w:rsidP="009E6C97">
      <w:pPr>
        <w:rPr>
          <w:rFonts w:ascii="Arial" w:hAnsi="Arial" w:cs="Arial"/>
          <w:sz w:val="20"/>
          <w:szCs w:val="20"/>
        </w:rPr>
      </w:pPr>
    </w:p>
    <w:p w14:paraId="2F1EAECE" w14:textId="77777777" w:rsidR="009E6C97" w:rsidRPr="00E06776" w:rsidRDefault="009E6C97" w:rsidP="009E6C97">
      <w:pPr>
        <w:rPr>
          <w:rFonts w:ascii="Arial" w:hAnsi="Arial" w:cs="Arial"/>
          <w:sz w:val="20"/>
          <w:szCs w:val="20"/>
        </w:rPr>
      </w:pPr>
      <w:r w:rsidRPr="00E06776">
        <w:rPr>
          <w:rFonts w:ascii="Arial" w:hAnsi="Arial" w:cs="Arial"/>
          <w:b/>
          <w:bCs/>
          <w:sz w:val="20"/>
          <w:szCs w:val="20"/>
        </w:rPr>
        <w:t xml:space="preserve">SESSION 2 </w:t>
      </w:r>
    </w:p>
    <w:p w14:paraId="4724F0D9"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5. Classroom agenda: must explain the task, the purpose of the task and task cycle activities. </w:t>
      </w:r>
    </w:p>
    <w:p w14:paraId="6F3890C4"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6. Warm up activity: activities to contextualize students. </w:t>
      </w:r>
    </w:p>
    <w:p w14:paraId="6816AA88" w14:textId="77777777" w:rsidR="009E6C97" w:rsidRPr="00E06776" w:rsidRDefault="009E6C97" w:rsidP="009E6C97">
      <w:pPr>
        <w:rPr>
          <w:rFonts w:ascii="Arial" w:hAnsi="Arial" w:cs="Arial"/>
          <w:sz w:val="20"/>
          <w:szCs w:val="20"/>
        </w:rPr>
      </w:pPr>
    </w:p>
    <w:p w14:paraId="48992302"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Task </w:t>
      </w:r>
    </w:p>
    <w:p w14:paraId="35E0EA61"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7. Development of the task: </w:t>
      </w:r>
    </w:p>
    <w:p w14:paraId="108C5F3C" w14:textId="77777777" w:rsidR="009E6C97" w:rsidRPr="00E06776" w:rsidRDefault="009E6C97" w:rsidP="009E6C97">
      <w:pPr>
        <w:rPr>
          <w:rFonts w:ascii="Arial" w:hAnsi="Arial" w:cs="Arial"/>
          <w:sz w:val="20"/>
          <w:szCs w:val="20"/>
        </w:rPr>
      </w:pPr>
      <w:r w:rsidRPr="00E06776">
        <w:rPr>
          <w:rFonts w:ascii="Arial" w:hAnsi="Arial" w:cs="Arial"/>
          <w:sz w:val="20"/>
          <w:szCs w:val="20"/>
        </w:rPr>
        <w:lastRenderedPageBreak/>
        <w:t xml:space="preserve">• model review </w:t>
      </w:r>
    </w:p>
    <w:p w14:paraId="742E4C06"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 task preparation and development </w:t>
      </w:r>
    </w:p>
    <w:p w14:paraId="2F276A1B"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 presentation of students’ productions </w:t>
      </w:r>
    </w:p>
    <w:p w14:paraId="161E6541" w14:textId="77777777" w:rsidR="009E6C97" w:rsidRPr="00E06776" w:rsidRDefault="009E6C97" w:rsidP="009E6C97">
      <w:pPr>
        <w:rPr>
          <w:rFonts w:ascii="Arial" w:hAnsi="Arial" w:cs="Arial"/>
          <w:sz w:val="20"/>
          <w:szCs w:val="20"/>
        </w:rPr>
      </w:pPr>
    </w:p>
    <w:p w14:paraId="271F211E" w14:textId="77777777" w:rsidR="009E6C97" w:rsidRPr="00E06776" w:rsidRDefault="009E6C97" w:rsidP="009E6C97">
      <w:pPr>
        <w:rPr>
          <w:rFonts w:ascii="Arial" w:hAnsi="Arial" w:cs="Arial"/>
          <w:sz w:val="20"/>
          <w:szCs w:val="20"/>
        </w:rPr>
      </w:pPr>
      <w:r w:rsidRPr="00E06776">
        <w:rPr>
          <w:rFonts w:ascii="Arial" w:hAnsi="Arial" w:cs="Arial"/>
          <w:b/>
          <w:bCs/>
          <w:sz w:val="20"/>
          <w:szCs w:val="20"/>
        </w:rPr>
        <w:t xml:space="preserve">Post-task </w:t>
      </w:r>
    </w:p>
    <w:p w14:paraId="70463FB5" w14:textId="77777777" w:rsidR="009E6C97" w:rsidRPr="00E06776" w:rsidRDefault="009E6C97" w:rsidP="009E6C97">
      <w:pPr>
        <w:rPr>
          <w:rFonts w:ascii="Arial" w:hAnsi="Arial" w:cs="Arial"/>
          <w:sz w:val="20"/>
          <w:szCs w:val="20"/>
        </w:rPr>
      </w:pPr>
      <w:r w:rsidRPr="00E06776">
        <w:rPr>
          <w:rFonts w:ascii="Arial" w:hAnsi="Arial" w:cs="Arial"/>
          <w:sz w:val="20"/>
          <w:szCs w:val="20"/>
        </w:rPr>
        <w:t xml:space="preserve">8. Formative feedback: students review each other's work and give qualitative feedback; teachers highlight the grammar aspects that were not clear and apply practice activities to end the cycle. </w:t>
      </w:r>
    </w:p>
    <w:p w14:paraId="5206EB5A" w14:textId="77777777" w:rsidR="009E6C97" w:rsidRPr="00E06776" w:rsidRDefault="009E6C97" w:rsidP="009E6C97">
      <w:pPr>
        <w:rPr>
          <w:rFonts w:ascii="Arial" w:hAnsi="Arial" w:cs="Arial"/>
          <w:sz w:val="20"/>
          <w:szCs w:val="20"/>
        </w:rPr>
      </w:pPr>
    </w:p>
    <w:p w14:paraId="6E7FCB69" w14:textId="77777777" w:rsidR="009E6C97" w:rsidRPr="00E06776" w:rsidRDefault="009E6C97" w:rsidP="009E6C97">
      <w:pPr>
        <w:rPr>
          <w:rFonts w:ascii="Arial" w:hAnsi="Arial" w:cs="Arial"/>
          <w:sz w:val="20"/>
          <w:szCs w:val="20"/>
        </w:rPr>
      </w:pPr>
      <w:r w:rsidRPr="00E06776">
        <w:rPr>
          <w:rFonts w:ascii="Arial" w:hAnsi="Arial" w:cs="Arial"/>
          <w:sz w:val="20"/>
          <w:szCs w:val="20"/>
        </w:rPr>
        <w:t>Students will be assigned a book to read. The teacher will design, create, and apply class activities to verify students’ comprehension of the book.</w:t>
      </w:r>
    </w:p>
    <w:p w14:paraId="37AB74AE" w14:textId="77777777" w:rsidR="009E6C97" w:rsidRPr="00E06776" w:rsidRDefault="009E6C97" w:rsidP="009E6C97"/>
    <w:p w14:paraId="47A802AA" w14:textId="77777777" w:rsidR="009E6C97" w:rsidRPr="00E06776" w:rsidRDefault="009E6C97" w:rsidP="009E6C97"/>
    <w:p w14:paraId="137B0A3A" w14:textId="77777777" w:rsidR="009E6C97" w:rsidRPr="00E06776" w:rsidRDefault="009E6C97" w:rsidP="009E6C97"/>
    <w:p w14:paraId="72441E12" w14:textId="77777777" w:rsidR="009E6C97" w:rsidRPr="006F6D69" w:rsidRDefault="009E6C97" w:rsidP="009E6C97">
      <w:pPr>
        <w:jc w:val="right"/>
        <w:rPr>
          <w:sz w:val="18"/>
          <w:szCs w:val="18"/>
        </w:rPr>
      </w:pPr>
      <w:r>
        <w:rPr>
          <w:rFonts w:ascii="Arial" w:hAnsi="Arial" w:cs="Arial"/>
          <w:sz w:val="18"/>
          <w:szCs w:val="18"/>
        </w:rPr>
        <w:t>Co</w:t>
      </w:r>
      <w:r w:rsidRPr="006F6D69">
        <w:rPr>
          <w:rFonts w:ascii="Arial" w:hAnsi="Arial" w:cs="Arial"/>
          <w:sz w:val="18"/>
          <w:szCs w:val="18"/>
        </w:rPr>
        <w:t>pied and Adapted from Idiomas ITM for ITM Plurilingüe PP by Jesús David Monterroza, February 2026</w:t>
      </w:r>
    </w:p>
    <w:p w14:paraId="3A4291EC" w14:textId="77777777" w:rsidR="009E6C97" w:rsidRPr="00E06776" w:rsidRDefault="009E6C97" w:rsidP="009E6C97"/>
    <w:p w14:paraId="71DA4DBC" w14:textId="77777777" w:rsidR="00C04957" w:rsidRDefault="00C04957"/>
    <w:sectPr w:rsidR="00C04957" w:rsidSect="002D3C24">
      <w:headerReference w:type="default" r:id="rId8"/>
      <w:pgSz w:w="12240" w:h="15840"/>
      <w:pgMar w:top="1418"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9172A" w14:textId="77777777" w:rsidR="0081158F" w:rsidRDefault="0081158F" w:rsidP="00B82A6D">
      <w:pPr>
        <w:spacing w:after="0" w:line="240" w:lineRule="auto"/>
      </w:pPr>
      <w:r>
        <w:separator/>
      </w:r>
    </w:p>
  </w:endnote>
  <w:endnote w:type="continuationSeparator" w:id="0">
    <w:p w14:paraId="1899B05E" w14:textId="77777777" w:rsidR="0081158F" w:rsidRDefault="0081158F" w:rsidP="00B82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C3D97" w14:textId="77777777" w:rsidR="0081158F" w:rsidRDefault="0081158F" w:rsidP="00B82A6D">
      <w:pPr>
        <w:spacing w:after="0" w:line="240" w:lineRule="auto"/>
      </w:pPr>
      <w:r>
        <w:separator/>
      </w:r>
    </w:p>
  </w:footnote>
  <w:footnote w:type="continuationSeparator" w:id="0">
    <w:p w14:paraId="3836E3F3" w14:textId="77777777" w:rsidR="0081158F" w:rsidRDefault="0081158F" w:rsidP="00B82A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FAFE" w14:textId="77777777" w:rsidR="00B82A6D" w:rsidRPr="00E06776" w:rsidRDefault="00B82A6D" w:rsidP="00B82A6D">
    <w:pPr>
      <w:pStyle w:val="Encabezado"/>
      <w:pBdr>
        <w:top w:val="single" w:sz="4" w:space="1" w:color="auto"/>
        <w:left w:val="single" w:sz="4" w:space="4" w:color="auto"/>
        <w:bottom w:val="single" w:sz="4" w:space="1" w:color="auto"/>
        <w:right w:val="single" w:sz="4" w:space="4" w:color="auto"/>
        <w:between w:val="single" w:sz="4" w:space="1" w:color="auto"/>
        <w:bar w:val="single" w:sz="4" w:color="auto"/>
      </w:pBdr>
      <w:rPr>
        <w:sz w:val="32"/>
        <w:szCs w:val="32"/>
        <w:lang w:val="es-CO"/>
      </w:rPr>
    </w:pPr>
    <w:r>
      <w:rPr>
        <w:noProof/>
      </w:rPr>
      <w:drawing>
        <wp:inline distT="0" distB="0" distL="0" distR="0" wp14:anchorId="6AC5D74F" wp14:editId="42E1E769">
          <wp:extent cx="1046755" cy="51435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976" cy="519372"/>
                  </a:xfrm>
                  <a:prstGeom prst="rect">
                    <a:avLst/>
                  </a:prstGeom>
                  <a:noFill/>
                  <a:ln>
                    <a:noFill/>
                  </a:ln>
                </pic:spPr>
              </pic:pic>
            </a:graphicData>
          </a:graphic>
        </wp:inline>
      </w:drawing>
    </w:r>
    <w:r w:rsidRPr="00E06776">
      <w:rPr>
        <w:sz w:val="32"/>
        <w:szCs w:val="32"/>
        <w:lang w:val="es-CO"/>
      </w:rPr>
      <w:t xml:space="preserve">       ITM Plurilingüe Presupuesto Participativo-  Pacing Guide</w:t>
    </w:r>
  </w:p>
  <w:p w14:paraId="61008353" w14:textId="77777777" w:rsidR="00B82A6D" w:rsidRPr="00B82A6D" w:rsidRDefault="00B82A6D">
    <w:pPr>
      <w:pStyle w:val="Encabezado"/>
      <w:rPr>
        <w:lang w:val="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B253023"/>
    <w:multiLevelType w:val="hybridMultilevel"/>
    <w:tmpl w:val="D2048F64"/>
    <w:lvl w:ilvl="0" w:tplc="E15E98F0">
      <w:numFmt w:val="bullet"/>
      <w:lvlText w:val="-"/>
      <w:lvlJc w:val="left"/>
      <w:pPr>
        <w:ind w:left="720" w:hanging="360"/>
      </w:pPr>
      <w:rPr>
        <w:rFonts w:ascii="Cambria" w:eastAsiaTheme="minorEastAsia" w:hAnsi="Cambria"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A636E44"/>
    <w:multiLevelType w:val="hybridMultilevel"/>
    <w:tmpl w:val="50867FC8"/>
    <w:lvl w:ilvl="0" w:tplc="4A9E1934">
      <w:numFmt w:val="bullet"/>
      <w:lvlText w:val="-"/>
      <w:lvlJc w:val="left"/>
      <w:pPr>
        <w:ind w:left="720" w:hanging="360"/>
      </w:pPr>
      <w:rPr>
        <w:rFonts w:ascii="Cambria" w:eastAsiaTheme="minorEastAsia" w:hAnsi="Cambria"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83F7D72"/>
    <w:multiLevelType w:val="hybridMultilevel"/>
    <w:tmpl w:val="E81E673A"/>
    <w:lvl w:ilvl="0" w:tplc="6DA4A92E">
      <w:numFmt w:val="bullet"/>
      <w:lvlText w:val="-"/>
      <w:lvlJc w:val="left"/>
      <w:pPr>
        <w:ind w:left="720" w:hanging="360"/>
      </w:pPr>
      <w:rPr>
        <w:rFonts w:ascii="Cambria" w:eastAsiaTheme="minorEastAsia" w:hAnsi="Cambria"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43374456">
    <w:abstractNumId w:val="8"/>
  </w:num>
  <w:num w:numId="2" w16cid:durableId="1291324563">
    <w:abstractNumId w:val="6"/>
  </w:num>
  <w:num w:numId="3" w16cid:durableId="900166776">
    <w:abstractNumId w:val="5"/>
  </w:num>
  <w:num w:numId="4" w16cid:durableId="1139877435">
    <w:abstractNumId w:val="4"/>
  </w:num>
  <w:num w:numId="5" w16cid:durableId="1061446470">
    <w:abstractNumId w:val="7"/>
  </w:num>
  <w:num w:numId="6" w16cid:durableId="905189440">
    <w:abstractNumId w:val="3"/>
  </w:num>
  <w:num w:numId="7" w16cid:durableId="1878464142">
    <w:abstractNumId w:val="2"/>
  </w:num>
  <w:num w:numId="8" w16cid:durableId="1180776861">
    <w:abstractNumId w:val="1"/>
  </w:num>
  <w:num w:numId="9" w16cid:durableId="813714809">
    <w:abstractNumId w:val="0"/>
  </w:num>
  <w:num w:numId="10" w16cid:durableId="1202550980">
    <w:abstractNumId w:val="11"/>
  </w:num>
  <w:num w:numId="11" w16cid:durableId="984505294">
    <w:abstractNumId w:val="10"/>
  </w:num>
  <w:num w:numId="12" w16cid:durableId="10244076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4BA7"/>
    <w:rsid w:val="00217B75"/>
    <w:rsid w:val="002539D5"/>
    <w:rsid w:val="00264035"/>
    <w:rsid w:val="00270475"/>
    <w:rsid w:val="0029054F"/>
    <w:rsid w:val="0029639D"/>
    <w:rsid w:val="002D3C24"/>
    <w:rsid w:val="002F24F1"/>
    <w:rsid w:val="00326F90"/>
    <w:rsid w:val="004977EB"/>
    <w:rsid w:val="005A7392"/>
    <w:rsid w:val="005B35C7"/>
    <w:rsid w:val="0063409C"/>
    <w:rsid w:val="006E345F"/>
    <w:rsid w:val="00750EBF"/>
    <w:rsid w:val="007701EE"/>
    <w:rsid w:val="007717EC"/>
    <w:rsid w:val="0081158F"/>
    <w:rsid w:val="008A161F"/>
    <w:rsid w:val="0095292D"/>
    <w:rsid w:val="00986059"/>
    <w:rsid w:val="009E6C97"/>
    <w:rsid w:val="00A269AC"/>
    <w:rsid w:val="00AA1D8D"/>
    <w:rsid w:val="00AF4FF4"/>
    <w:rsid w:val="00B40A82"/>
    <w:rsid w:val="00B41066"/>
    <w:rsid w:val="00B47730"/>
    <w:rsid w:val="00B65B43"/>
    <w:rsid w:val="00B82A6D"/>
    <w:rsid w:val="00C04957"/>
    <w:rsid w:val="00C4129C"/>
    <w:rsid w:val="00C53A37"/>
    <w:rsid w:val="00CB0664"/>
    <w:rsid w:val="00CE157A"/>
    <w:rsid w:val="00D261BF"/>
    <w:rsid w:val="00D27729"/>
    <w:rsid w:val="00DC58C3"/>
    <w:rsid w:val="00DC6BCC"/>
    <w:rsid w:val="00E405A3"/>
    <w:rsid w:val="00F7734A"/>
    <w:rsid w:val="00FC49EF"/>
    <w:rsid w:val="00FC693F"/>
    <w:rsid w:val="00FE49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C9301"/>
  <w14:defaultImageDpi w14:val="300"/>
  <w15:docId w15:val="{575AA769-A502-4FB1-BE67-EDC5B450A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5B35C7"/>
    <w:pPr>
      <w:autoSpaceDE w:val="0"/>
      <w:autoSpaceDN w:val="0"/>
      <w:adjustRightInd w:val="0"/>
      <w:spacing w:after="0" w:line="240" w:lineRule="auto"/>
    </w:pPr>
    <w:rPr>
      <w:rFonts w:ascii="Arial" w:hAnsi="Arial" w:cs="Arial"/>
      <w:color w:val="000000"/>
      <w:sz w:val="24"/>
      <w:szCs w:val="24"/>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321195">
      <w:bodyDiv w:val="1"/>
      <w:marLeft w:val="0"/>
      <w:marRight w:val="0"/>
      <w:marTop w:val="0"/>
      <w:marBottom w:val="0"/>
      <w:divBdr>
        <w:top w:val="none" w:sz="0" w:space="0" w:color="auto"/>
        <w:left w:val="none" w:sz="0" w:space="0" w:color="auto"/>
        <w:bottom w:val="none" w:sz="0" w:space="0" w:color="auto"/>
        <w:right w:val="none" w:sz="0" w:space="0" w:color="auto"/>
      </w:divBdr>
    </w:div>
    <w:div w:id="20454018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12</Pages>
  <Words>2215</Words>
  <Characters>12184</Characters>
  <Application>Microsoft Office Word</Application>
  <DocSecurity>0</DocSecurity>
  <Lines>101</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14371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JESUS DAVID MONTERROZA VERGARA</cp:lastModifiedBy>
  <cp:revision>32</cp:revision>
  <dcterms:created xsi:type="dcterms:W3CDTF">2013-12-23T23:15:00Z</dcterms:created>
  <dcterms:modified xsi:type="dcterms:W3CDTF">2026-03-03T21:08:00Z</dcterms:modified>
  <cp:category/>
</cp:coreProperties>
</file>